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外国语学院关于2026年拟推荐优秀应届本科毕业生免试攻读硕士学位研究生名单公示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根据国家教育部及《福州大学推荐优秀应届本科毕业生免试攻读研究生工作实施办法（2022年修订）》（福大招考〔2022〕5号）、《关于做好我校2026年推荐优秀应届本科毕业生免试攻读研究生工作的通知》和《外国语学院2026年推荐优秀应届本科毕业生免试攻读硕士学位研究生工作实施细则》等文件精神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经本科生本人申请，推免生遴选工作小组评选，拟推荐黄莉莉等同学获得福州大学2026年推免生资格。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拟推荐名单详见公示原文（含黄莉莉等同学）。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三、公示时间及异议反馈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公示期：2025年9月12日至2025年9月15日。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如有异议，敬请监督。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监督电话：0591-22866257（学院党委）。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