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北京理工大学人工智能学院2026年接收推荐免试研究生拟录取名单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北京理工大学人工智能学院2026年接收推荐免试研究生拟录取名单已公布，公示对象为通过推免选拔的考生。名单涵盖直博生和硕士生两类录取类别，涉及专业包括（140500）智能科学与技术和（085410）人工智能。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一、拟录取名单公布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本名单为北京理工大学人工智能学院2026年接收推荐免试研究生拟录取名单，公示对象为通过推免选拔的考生。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名单涵盖直博生和硕士生两类录取类别，涉及专业包括（140500）智能科学与技术和（085410）人工智能。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直博生拟录取名单（共16人）：陈子睿、甘善菲、李添、齐悦彤、王瀚林、杨鹏宇、朱雨凝、刘煜东、杨钦宇（以上为智能科学与技术专业）；陈浩、戴尚轩、戴正乔、关融熙、刘秉致、王雪莹、张卓玉（以上为人工智能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硕士生拟录取名单（共30人）：陈琪、程泽鑫、范梓晖、方家欢、巩善博、胡涛、黄易、姬祥、蹇冰越、李波、李雨丹、梁正涛、刘雨欣、刘芮言、卢周、吕果、罗涵月、马智超、聂培屹、彭辰昊、苏嘉俊、王静、魏希昂、吴铜、肖瑾珩、信宇哲、徐帅意（以上为智能科学与技术专业），其余名单详见原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本名单为拟录取名单，最终录取结果以学校及上级主管部门审核通过为准。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如有异议，请考生及时联系北京理工大学人工智能学院，具体联系方式及申诉渠道请参见学院官网通知页面。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