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山东大学2025年“优秀大学生暑期夏令营”通知汇总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山东大学2025年“优秀大学生暑期夏令营”通知汇总，发布日期为2025年6月4日。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发布日期：2025年6月4日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一、活动目的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促进全国各高校优秀大学生间的交流，帮助青年学生了解当前学科发展前沿与热点。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山东大学部分学院将举办“优秀大学生暑期夏令营”活动。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二、报名时间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报名开始时间：2025年6月4日。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报名结束时间和活动举办安排以各学院发布的网站通知为准。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三、报名流程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登录山东大学研究生招生服务平台，点击“夏令营”，首次报名须注册。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注册后选择正在报名中的夏令营项目，考生最多可申请3个夏令营。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根据系统提示填写申请信息，填报流程以“提交”为结束标志。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关注各学院网站和报名系统内部通知，了解后续入选结果。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夏令营活动由学校各学院分别承办，具体活动日程请关注各承办学院夏令营通知，并按要求提交材料。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申请人应保证填报信息、提交材料的真实性和准确性，凡提供虚假信息的，一经查实即取消申请资格。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各承办学院夏令营举办时间和通知详见附件（点击此处查看举办学院和活动时间）。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联系方式：山东大学研究生招生办公室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