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文学与新闻传播学院2026年推荐免试研究生名单公示</w:t>
      </w:r>
    </w:p>
    <w:p>
      <w:pPr>
        <w:spacing w:after="80" w:lineRule="auto" w:line="360"/>
        <w:ind w:firstLine="482"/>
        <w:jc w:val="both"/>
      </w:pPr>
      <w:r>
        <w:rPr>
          <w:rFonts w:ascii="Times New Roman" w:hAnsi="Times New Roman" w:eastAsia="宋体"/>
          <w:b w:val="0"/>
          <w:sz w:val="24"/>
        </w:rPr>
        <w:t>根据《长沙理工大学推荐优秀应届本科毕业生免试攻读硕士学位研究生实施办法》（长理工大教〔2024〕26号）和《文新学院2026年推免工作方案》等文件精神，经学院学工办对学生思想品德进行考察合格后，学院推免生遴选与审核鉴定工作小组依据学业成绩、学术成果、获奖情况（含在体育和社会工作中有突出表现）等方面，对申请同学的材料进行综合测评，2026年拟推荐免试攻读硕士学位研究生名单及综合测评得分情况如下：</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一、拟推荐免试攻读硕士学位研究生名单及综合测评得分情况</w:t>
      </w:r>
    </w:p>
    <w:p>
      <w:pPr>
        <w:spacing w:after="80" w:lineRule="auto" w:line="360"/>
        <w:ind w:firstLine="482"/>
        <w:jc w:val="both"/>
      </w:pPr>
      <w:r>
        <w:rPr>
          <w:rFonts w:ascii="Times New Roman" w:hAnsi="Times New Roman" w:eastAsia="宋体"/>
          <w:b w:val="0"/>
          <w:sz w:val="24"/>
        </w:rPr>
        <w:t>（原文未提供具体名单及得分表格内容）</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公示期为2025年9月10日至2025年9月11日。</w:t>
      </w:r>
    </w:p>
    <w:p>
      <w:pPr>
        <w:spacing w:after="80" w:lineRule="auto" w:line="360"/>
        <w:ind w:firstLine="482"/>
        <w:jc w:val="both"/>
      </w:pPr>
      <w:r>
        <w:rPr>
          <w:rFonts w:ascii="Times New Roman" w:hAnsi="Times New Roman" w:eastAsia="宋体"/>
          <w:b w:val="0"/>
          <w:sz w:val="24"/>
        </w:rPr>
        <w:t>2. 如对综合测评成绩有异议，请于公示期内实名并书面向文新学院教务办反映。</w:t>
      </w:r>
    </w:p>
    <w:p>
      <w:pPr>
        <w:spacing w:after="80" w:lineRule="auto" w:line="360"/>
        <w:ind w:firstLine="482"/>
        <w:jc w:val="both"/>
      </w:pPr>
      <w:r>
        <w:rPr>
          <w:rFonts w:ascii="Times New Roman" w:hAnsi="Times New Roman" w:eastAsia="宋体"/>
          <w:b w:val="0"/>
          <w:sz w:val="24"/>
        </w:rPr>
        <w:t>3. 联系电话：0731-85077995，联系人：李老师。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