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上海对外经贸大学2026年推免生拟录取名单公示</w:t>
      </w:r>
    </w:p>
    <w:p>
      <w:r>
        <w:t>上海对外经贸大学2026年推免生拟录取名单公示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