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北京理工大学光电学院2026年全国优秀大学生暑期夏令营报名通知_北京理工大学光电学院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北京理工大学光电学院2026年全国优秀大学生暑期夏令营报名通知");var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