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[名单5]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一、复试结果公示内容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公示对象为广西大学体育学院2026年推荐免试硕士研究生复试考生。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接收专业代码及名称为045200体育，共1个专业。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拟录取考生共4名，全部为体育专业（045200），其中支教团1人。具体信息如下表。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排名/评分方式：按复试总成绩评定，复试总成绩分别为72.00、86.40、86.00、80.60；录取结果均为拟录取。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本次公示为复试结果公示，4名考生均拟录取，无考核未通过或缺考人员。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拟录取结果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陈启钰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李承阳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罗梓豪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公示时间为2025年9月28日至9月30日，共计3天。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公示期内如有异议，须将意见以书面形式并署真实姓名向学院反映。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联系电话：0771-3272093。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群众如实反映有关问题受法律保护。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发布单位：体育学院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