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三峡大学民族学院接收2026级推免生复试录取实施细则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三峡大学民族学院接收2026级推免生复试录取实施细则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学院设立推免生复试录取工作领导小组，统筹全院推免复试录取工作，下设3个工作组：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领导小组人员：曹大明、罗凌、王彦淞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督察组：罗凌、彭娟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资格审核组：方晓波、郑蔷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复试专家组：按保密要求不予对外公布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二、研招网推免服务系统流程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取得推免资格考生登录研招网推免服务系统填报志愿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学院发放复试通知，考生确认参加复试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复试结束后学院发放拟录取通知，考生确认拟录取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三、招生专业、计划与复试安排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招生专业：民族学，拟接收16人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复试时间：9月26日15:00-17:30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复试地点：G1203教室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四、资格审核所需材料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身份证原件及复印件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加盖教务部门公章的本科成绩单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复试费缴费成功截图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学术论文、科研成果、获奖经历等佐证材料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四六级、雅思、托福等英语水平证明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（一）复试形式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采用综合面试，单人面试时长不少于20分钟，综合面试满分100分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 = 综合面试成绩 ×60% + 本科综合成绩 ×40%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（二）面试考核内容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一贯学业表现：本科成绩、科研经历、创新活动、获奖情况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专业素质：专业理论掌握、问题分析能力、学科认知、科研潜力与创新意识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综合素质：社会实践、思想政治表现、道德品质、遵纪守法情况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外语水平：外语听说交流能力测试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补充：跨专业考生无需加试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六、体检安排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新生入学统一组织体检，体检不合格者取消入学资格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录取规则：依据复试成绩从高到低排序择优录取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出现以下情形不予录取：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（1）资格审核不合格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（2）复试查实存在不诚信行为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（3）复试成绩不及格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（4）思想政治、道德品质考核不合格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学制、学费标准参照《三峡大学接收2026级推荐免试研究生（含直博生）招生简章》执行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八、申诉渠道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咨询与申诉电话：0717-6395356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拟录取名单公示三日内接受书面申诉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考生向督查小组提交书面申请，对处理结果不满，由学院领导小组上报学校推免工作领导小组复核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