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河北科技大学2026年推免硕士研究生复试成绩及拟录取名单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河北科技大学2026年推免硕士研究生复试成绩及拟录取名单，共8人，均标注为“拟录取”。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二、复试成绩及拟录取名单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外语听说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专业知识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武梦凡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曹一硕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史旭垚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贾芸熙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273.83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任佳音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140.31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264.81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陈美璇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134.97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264.13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248.48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名单共8人，其中化学工程与技术学院1人、机械工程学院2人、艺术学院4人、影视学院1人。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复试总成绩由外语听说、专业知识、综合素质三项构成，表中已列出各项分值及复试总成绩。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所有人员备注均为“拟录取”。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河北科技大学研招专用，未经允许，不得转发。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