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环境学院关于2026 届本科毕业生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环境学院关于2026 届本科毕业生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推荐免试攻读研究生工作方案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为圆满完成我院2026 届本科毕业生推荐免试攻读研究生工作，依据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“中国地质大学（武汉）2026 届本科毕业生推荐免试攻读研究生工作方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案”（地大学校办发[2025]49 号）的精神及相关规定，并结合我院具体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情况制定本方案。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一、学院推荐免试生领导小组及工作小组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1、领导小组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组长：姜明敏史建波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组员：孔少飞柴波丁继国谢先军孙自永杜尧邢新丽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2、工作小组及专家审核小组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组长：孔少飞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副组长：柴波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丁继国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组员：罗明明王伟陈文岭邢新丽李俊霞崔艳萍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董依然马丽媛侯新东李双林赵树云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秘书：谢杨何祝池刘婧宙刘欣然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3、纪律监察小组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组长：丁继国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组员：崔艳萍张学海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二、推荐条件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1、拥护中国共产党的领导，遵纪守法，品行优良，勤学敬业，诚实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守信，富有上进心和团结合作精神。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2、学习成绩优良，基础扎实，具有较强自学能力、实践能力和创新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能力，截至前6 个学期已有成绩，无不及格课程（含通选课），平均学分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绩点（不含通选课、创新类学分）达到2.80，CET4 考试成绩达到425 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（英语专业学生应通过TEM4，主修其他小语种的成绩参照执行，地下水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科学与工程中外合作项目EFAS 综合成绩合格）。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3、在校期间受到处分且未解除的学生不得申请推荐免试。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三、推荐原则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1、按照“公平、公正、公开”的原则，公开、透明地开展此项工作。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所有申报推免的学生必须坚持学术诚信原则，学校一经查实学生弄虚作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假，有论文抄袭、虚报获奖或科研成果等学术不端行为，或其他严重影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响推免过程和结果公平公正行为，取消其推免资格，已入学的取消其学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籍，并由省教育招生考试机构按规定记入《国家教育考试考生诚信档案》。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2、严格执行《推荐优秀应届本科毕业生免试攻读研究生工作回避制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度实施细则》，推免相关工作人员有直系亲属参加推免遴选的应申请回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避，有非直系亲属参加推免遴选的要主动报备，学生申请推免资格时应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主动向所在学院报备声明。工作人员在推免工作中应严格履行工作职责，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对违反推免招生政策规定的，学校依规依纪严肃处理。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3、坚持以德为先的原则，把学生思想品德考核作为推免生遴选的重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要内容和依据。严格遵循实事求是的原则，注重对学生政治态度、思想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表现、道德品质、科学精神、诚实守信、遵纪守法等方面的考察，形成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书面意见。思想品德考核不合格者不予推荐。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4、在计算学生的专业综合排名时，按学业成绩占70%，考核成绩占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30%的比例，计算综合成绩。学生综合成绩专业排名顺序前后变动不超过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学业成绩专业排名的4 个位次。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5、鼓励本硕博贯通培养、联合培养等新本研培养模式。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四、推荐指标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（一）学院推免指标分配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推免指标严格按学校下达我院的指标数执行，各专业推免具体分配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结果见下表。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专业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推免名额备注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水文与水资源工程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7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地下水科学与工程Z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地下水科学与工程（中加班）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8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环境工程（菁英班）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9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环境工程（地质环境调查）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生物科学（菁英班）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大气科学（菁英班）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6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特殊学术专长B 类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11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工程专项（硕士）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合计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52</w:t>
            </w:r>
          </w:p>
        </w:tc>
      </w:tr>
    </w:tbl>
    <w:p/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学院推荐免试生工作小组有权根据具体情况对学院名额分配结果作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调整。学生达不到推免条件的，不予推荐。单列名额未用完，由学校收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回另行分配。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卓越地质师班和高徒计划由各研究生培养单位负责在已参加该计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划的2022 级学生中选拔。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“李四光计划”由本科生院根据“李四光计划”相关规定在已参加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该计划的2022 级学生中选拔。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获得卓越地质师班、高徒计划、特殊学术专长A 类、特殊学术专长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C 类、特殊学术专长D 类和“研究生支教团”等学校推免指标的学生，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不占用学院各专业推免指标。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（二）其他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特殊学术专长A 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全校名额40 个。为完善学校推荐免试攻读研究生选拔体系，根据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国家文件精神，坚持“四个面向”工作方针，优先支持国家重大科技创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新平台建设、重大科研任务攻关以及“双一流”学科建设，以学生本科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阶段综合成绩为基础，同时考虑学生特殊专长。有特殊专长或具有突出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培养潜质、在科学研究或社会实践等方面取得重大成绩或有突出表现的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学生可向学院申请特殊专长A 类名额，学院专家审核小组对申请学生的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论文、竞赛获奖奖项及内容审核鉴定后报送本科生院（党委学生工作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部）。由学校本科生推免工作领导小组委托本科生院（党委学生工作部）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组建学校专家审核小组进行遴选。学生在学院内已取得推免资格的，不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再推荐。各学院报送名额不超过本院当届毕业生人数的1.5%，我院可报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送指标为4 个。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特殊学术专长B 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环境学院特殊学术专长B 类指标为11 个，原则上在已参加我校“本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硕博计划”的2022 级学生中择优选拔。遴选流程如下：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（1）学生向学院提交申请表及相关材料，并签署个人知晓承诺书，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学院将学生相关材料进行公示。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（2）学院专家审核小组对申请学生材料进行审核，以学生本科阶段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综合成绩为基础，同时考察学生进入该计划后的科研精神、创新能力与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科研成果。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（3）学院专家审核小组及每位成员都要给出明确审核鉴定意见并签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字存档，形成学院专家审核小组推荐意见，遴选结果以排序的形式公示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 天。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（4）公示无异议后，学院将学生申请资料、遴选结果报本科生院审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核及存档。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（5）学校本科生推免工作领导小组成立学校专家审核小组，进一步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审核各学院材料及推荐名单，审核通过的，在全校范围内公示3 天。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3.特殊专长C 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全校名额8 个，具体遴选按照《中国地质大学（武汉）“1+3”辅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导员选聘管理办法》，由党委学生工作部通知和组织。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4.特殊专长D 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全校名额10 个，实行跨学科、跨平台人才培养，在已参加我校“本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硕博计划”的2022 级学生中择优选拔，由学校本科生推免工作领导小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组委托本科生院（党委学生工作部）组建学校专家审核小组进行遴选。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 工程专项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环境学院名额2 个，具体遴选另行通知和组织。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6.“研究生支教团”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全校名额22 个（以下简称“支教计划”）。凡达到学校推免生推荐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条件的2022 级本科生，且是中国地质大学（武汉）注册志愿者，志愿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服务时长不低于50 小时，均可申报，不受综合排名限制。具体选拔要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求由校团委另行通知。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五、推荐程序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1、9 月8 日，学生将《中国地质大学（武汉）2023 届本科毕业生推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荐免试攻读硕士学位研究生申报表》（以下简称《申报表》）及相关材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料交学院。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2、9 月9 日，确定并公布各专业指标数及推免工作方案。推荐免试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生工作小组对材料进行审查和“特殊学术专长人才”材料审核。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3、9 月12 日，公示申请推免生名单，公示内容包括推免生名单、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平均学分绩点、学业排名、考核成绩、综合成绩、综合排名，并按照下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达名额的120% 确定本学院推免生名单。名单确定无异议后，经副院长、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副书记签字与学生成绩单一并送本科生院。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5、全部推免生名单经学校本科生推免工作领导小组审核确定后，在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全校公示3 个工作日，无异议后确定推免生名单，并报送教育部。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6、接收推免生的复试时间另行通知。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六、接收程序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（一）接收复试：拟报考本校推荐免试攻读研究生的，即日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起请登录我校的推免生预报名系统填报志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愿（http://epo.cug.edu.cn/open/zstksstm/signin.aspx），复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试安排详见我校及报考学院的推免生复试方案。拟报考外校的，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根据报考学校要求参加复试。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（二）接收程序：获得推免资格的学生登录中国研究生招生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信息网推免生报考服务系统填报志愿，报考本校并已通过复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试的考生须根据接收学院的要求按时完成志愿填报、接受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复试通知、接受待录取通知的完整过程，方为正式接收。报考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外校的，须取得复试通知后到报考学校复试，复试通过后接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受待录取通知，方为正式接收。推免生仅可接收1 个招生单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位的待录取通知。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七、学业奖学金及助学金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根据学校研究生教育综合改革方案，被我校接收的2026 级推免硕士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生，入学后第一学年全部享受一等学业奖学金，并享受国家助学金；被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我校接收的推免直博生，享受博士研究生奖助学金待遇。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八、其它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1、获得学校推免生资格的学生仍应努力学习，研究生院将根据国家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政策，在第八学期对推免生进行包括外语能力、专业能力在内的全面复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试，复试不合格者，将被取消入学资格。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2、获得推免资格的学生在本科毕业前因违纪受到处分，或因毕业论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文（设计）成绩未达到良好，或不能按时取得学士学位，将被取消推免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3、各类推免生必须登录中国研究生招生信息网填写报考信息，详细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情况请见本科生院和研究生院网站的通知。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 推荐免试攻读研究生综合成绩评分细则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 推荐优秀应届本科毕业生免试攻读研究生工作回避制度实施细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推荐免试研究生特殊学术专长A 类认定办法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环境学院推免生工作小组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二〇二五年九月九日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- 11 -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推荐优秀应届本科毕业生免试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攻读研究生工作回避制度实施细则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第一条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为严格工作纪律和工作程序，严防不正之风对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推免工作的干扰，特制定本细则。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第二条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在选拔推免生工作中，工作人员应回避的关系。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（一）直系亲属关系，包括祖父母、外祖父母、父母、子女、孙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子女、外孙子女、配偶；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（二）非直系亲属关系（包括伯叔姑舅姨、兄弟姐妹、堂兄弟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姐妹、表兄弟姐妹、侄子女、甥子女、近姻亲关系）。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第三条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推免工作人员有直系亲属参加推免选拔的，不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得参与当年推免工作。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第四条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推免工作人员有非直系亲属参加推免选拔的，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要主动报备。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第五条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参加推免选拔的学生有直系或非直系亲属从事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推免相关工作的，应主动报备。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第六条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工作回避程序。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（一）工作人员向所在单位提出回避申请，或向所在单位推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免工作小组组长提出回避要求；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（二）所在单位进行审核，作出回避决定；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（三）需要回避的，由所在单位予以调整，并报本科生院备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案。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所在单位内无法调整的，向学校本科生推免工作领导小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组提出申请，由工作领导小组协调解决。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- 12 -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第七条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报备程序。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（一）当事人向所在单位提出声明；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（二）所在单位进行审核，报本科生院备案。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第八条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回避工作要公开、公正、公平地进行，任何人不得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以任何理由、任何形式阻碍回避工作，也不得利用职权和工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作关系授意、指使、暗示和托请他人进行干预。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第九条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在执行本规定中发生任何违规、违纪行为，应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追究直接责任人和相关工作人员责任，从严查处。对未按规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定报备声明回避关系且影响推免过程和结果公平公正的学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生，学校将取消其推免资格。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第十条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全体师生要对推免回避报备工作进行监督，发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现应回避而未回避的，及时向学校本科生推免工作领导小组举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第十一条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本细则由本科生院负责解释。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第十二条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本细则自发布之日起施行。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- 13 -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推荐免试攻读研究生综合成绩评分细则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一、分数组成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申请推荐免试（以下简称“推免”）研究生的学生按综合成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绩入选，综合成绩=学业成绩*70%+考核成绩*30%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其中学业成绩为前三年所学课程（不含通选课、创新类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学分）平均学分绩点，为方便综合成绩计算，将平均学分绩点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转换为百分制，转换公式为：60+(平均学分绩点-1)*10。考核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成绩根据加分表算得。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学生综合成绩专业排名顺序前后变动不得超过学业成绩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专业排名的4 个位次。学院应根据本方案与专业推免情况制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定适合本专业的评分细则，每项分值不得超过对应项目的最高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分值。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二、项目加分细则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以下各类中每类只能选择最大的一项分值加分。团体竞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赛队长按100%计分，排名2-3者按70%计分，排名4-5者按50%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计分，排名5 之后者按30%计分。（体育艺术类团体赛等无排名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除外）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例如：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1.某学生获得三项国家实用新型专利，且为第一发明人，只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能加科研类国家实用新型专利1分。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2.某学生获得学科竞赛全国一等奖一项、全国二等奖各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一项，加分时只能取分值高的全国一等奖加5分。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3.某学生获得学科竞赛全国一等奖排名第2，加分时按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照70%计算加3.5分。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分值表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一、学术竞赛类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获奖级别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奖项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最高分值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全国（特等奖等同于一等奖）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一等奖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三等奖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</w:tbl>
    <w:p/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二、科研类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被SCI、EI、SSCI检索的论文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第一作者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核心期刊（学校承认的重要期刊）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第一作者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大学生创新创业训练项目优秀结题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主持人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获奖级别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奖项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最高分值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全国（特等奖等同于一等奖）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一等奖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5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三等奖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</w:tbl>
    <w:p/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全国大学生英语竞赛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特等奖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四、计算机、行业水平类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全国计算机技术与软件专业资格（水平）考试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高级资格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中级资格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初级资格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1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全国计算机等级考试（计算机类专业除外）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四级证书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三级证书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行业证书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高级资格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中级资格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初级资格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五、体育文化艺术类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体育类竞赛获奖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国家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省级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参与全国大型文艺汇演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六、其他类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获优秀学生（标兵）、优秀团员（干）、优秀学生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干部荣誉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全国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17"/>
        <w:gridCol w:w="4317"/>
      </w:tblGrid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1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全国计算机等级考试（计算机类专业除外）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四级证书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三级证书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二级证书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</w:tr>
      <w:tr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行业证书</w:t>
            </w:r>
          </w:p>
        </w:tc>
        <w:tc>
          <w:tcPr>
            <w:tcW w:type="dxa" w:w="431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</w:r>
          </w:p>
        </w:tc>
      </w:tr>
    </w:tbl>
    <w:p/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八、国际组织实习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九、志愿时长不少于30小时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注：1.竞赛原则上为学校组织参加的竞赛。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2.文艺汇演须有团委开具的证明材料。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附件3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推荐免试研究生特殊学术专长A 类认定办法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第一条申请特殊学术专长A 类的学生必须达到学校推荐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免试研究生条件，并在学科竞赛、科技论文、文体赛事等方面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表现优异，具有突出创新成果。特殊学术专长成果仅限于学生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本科阶段所取得的。申请学生要保证成果真实，有相关证明材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料。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第二条认定范围：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学生在本科阶段获得以下任意一项成果即可申请。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（一）论文类成果须为在学校承认的期刊（《中国地质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大学（武汉）校长办公室关于印发科技类和人文社科类期刊论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文分类办法的通知》（地大校办发〔2018〕49 号））和《中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国地质大学（武汉）期刊分类目录（2023 版）》上以独立作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者或第一作者发表的与学业相关的科研论文。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（二）竞赛类成果须是作为主力成员参加与学业相关的国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内权威科研竞赛（全国赛）并获得三等奖以上奖励（国际赛事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参照执行，但不得低于国内赛事相关要求）。国内权威竞赛（全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国赛）是指学校组织的国家级学科专业竞赛。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（三）在国内或国际的重要体育、艺术竞赛中获得国家级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三等奖（或等同国家级三等奖）及以上奖励，体育类由体育学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院确认竞赛的有效性，艺术类由团委、艺术与传媒学院或珠宝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学院确认竞赛的有效性。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第三条认定及遴选流程：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（一）学生向学院申请特殊学术专长A 类名额认定，提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交相关材料，学院同步将学生相关材料进行公示。其中，符合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第二条第三款条件的高水平运动员招考学生申请特殊学术专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长认定，应向高水平运动队管理办公室申请，并由体育学院、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公共管理学院联合成立专家审核小组按本办法要求进行认定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和遴选。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（二）学校授权学院专家审核小组（专家审核小组成员应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具有相关学科副教授以上职称，一般不少于5 人）对申请学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生的论文、竞赛获奖奖项及内容进行审核鉴定，排除抄袭、造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假、冒名及有名无实等情况。学生参加学院内遴选，专家审核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小组及每位成员都要给出明确审核鉴定意见并签字存档，形成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学院专家审核小组推荐意见。同意推荐到学校的学生名单、竞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赛与论文情况、专家组意见在院内公示5 天，以学院为单位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报送本科生院。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（三）由学校本科生推免工作领导小组组建学校专家审核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小组，组织学院推荐学生参加遴选，确定遴选结果。未参加遴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选的学生，视为自动放弃特殊学术专长人才A 类认定。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（四）遴选过程要做好记录，学生申请资料、遴选过程及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结果等相关资料由本科生院存档，遴选结果在全校范围内公示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 天。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第四条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学生与直系亲属或学历、职称、职务明显高于本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人者合作的科研成果、竞赛获奖等仅作为参考。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第五条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对学生提交的多篇科研成果，学院专家审核小组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可实行代表作评价，评价重点聚焦创新质量和个人贡献。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第六条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本细则由本科生院负责解释。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第七条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本细则自发布之日起施行。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