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马克思主义学院关于推荐优秀应届本科毕业生免试攻读2026年硕士学位研究生推荐人选的公示-长春师范大学马克思主义学院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马克思主义学院关于推荐优秀应届本科毕业生免试攻读2026年硕士学位研究生推荐人选的公示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马克思主义学院就推荐优秀应届本科毕业生免试攻读2026年硕士学位研究生推荐人选进行公示。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本页正文未提供申请条件、报名时间、活动时间、接收条件、流程、材料清单、时间节点、名额及联系方式等具体信息，仅包含页面导航栏目内容，具体内容需参见原公示正文或相关附件。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