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园艺林学学院2026年推免生推荐资格遴选办法-华中农业大学园艺林学学院</w:t>
      </w:r>
    </w:p>
    <w:p>
      <w:pPr>
        <w:ind w:firstLine="480"/>
      </w:pPr>
      <w:r>
        <w:t>华中农业大学风景园林学科办学历史悠久，学科特色鲜明，已形成较为完整的“学士—硕士—博士—博士后”人才培养体系。学科坚持“全球视野、本土行动、特色发展”的办学理念，注重艺术与科学交融、人文与理工渗透、理论与实践融通，重点培养能够满足城乡人居环境建设、生态文明建设和美丽中国建设需求的复合型创新人才。</w:t>
      </w:r>
    </w:p>
    <w:p>
      <w:pPr>
        <w:ind w:firstLine="480"/>
      </w:pPr>
      <w:r>
        <w:t>为促进全国优秀大学生深入了解华中农业大学风景园林学科的发展特色、培养体系、研究方向与校园文化，激发青年学生对风景园林学科学习、研究与专业实践的兴趣，华中农业大学园艺林学学院风景园林系拟于2026年7月16-17日举办“山水清音 景园有为”风景园林专业暑期研学营。本次研学营采取线下形式开展，现面向全国高校招收风景园林及相关专业优秀本科生参加研学营活动。有关事项通知如下：</w:t>
      </w:r>
    </w:p>
    <w:p>
      <w:pPr>
        <w:ind w:firstLine="480"/>
      </w:pPr>
      <w:r>
        <w:t>一、申请条件</w:t>
      </w:r>
    </w:p>
    <w:p>
      <w:pPr>
        <w:ind w:firstLine="480"/>
      </w:pPr>
      <w:r>
        <w:t>1. 全国高校风景园林及相关专业（园林、城乡规划、建筑学、环境设计、生态学、地理信息科学等）本科在校生，原则上为拟于2027年毕业的全日制本科生。</w:t>
      </w:r>
    </w:p>
    <w:p>
      <w:pPr>
        <w:ind w:firstLine="480"/>
      </w:pPr>
      <w:r>
        <w:t>2. 本科期间学习成绩优秀，前三年成绩排名在同年级本专业前30%。</w:t>
      </w:r>
    </w:p>
    <w:p>
      <w:pPr>
        <w:ind w:firstLine="480"/>
      </w:pPr>
      <w:r>
        <w:t>3. 具有较强的创新意识、专业能力和发展潜力，遵守学术道德规范。</w:t>
      </w:r>
    </w:p>
    <w:p>
      <w:pPr>
        <w:ind w:firstLine="480"/>
      </w:pPr>
      <w:r>
        <w:t>4. 身心健康、诚实守信、学风端正，未受过任何处分。</w:t>
      </w:r>
    </w:p>
    <w:p>
      <w:pPr>
        <w:ind w:firstLine="480"/>
      </w:pPr>
      <w:r>
        <w:t>二、</w:t>
      </w:r>
    </w:p>
    <w:p>
      <w:pPr>
        <w:ind w:firstLine="480"/>
      </w:pPr>
      <w:r>
        <w:t>时间安排</w:t>
      </w:r>
    </w:p>
    <w:p>
      <w:pPr>
        <w:ind w:firstLine="480"/>
      </w:pPr>
      <w:r>
        <w:t>1. 2026年7月3日18:00前，申请人通过报名链接或扫描报名二维码完成线上报名，并按要求提交相关申请材料（材料清单附后）。</w:t>
      </w:r>
    </w:p>
    <w:p>
      <w:pPr>
        <w:ind w:firstLine="480"/>
      </w:pPr>
      <w:r>
        <w:t>报名链接：</w:t>
      </w:r>
    </w:p>
    <w:p>
      <w:pPr>
        <w:ind w:firstLine="480"/>
      </w:pPr>
      <w:r>
        <w:t>https://send2me.cn/OlZZaJA0/SZ2ERmbO-TMqQg</w:t>
      </w:r>
    </w:p>
    <w:p>
      <w:pPr>
        <w:ind w:firstLine="480"/>
      </w:pPr>
      <w:r>
        <w:t>报名二维码：</w:t>
      </w:r>
    </w:p>
    <w:p>
      <w:pPr>
        <w:ind w:firstLine="480"/>
      </w:pPr>
      <w:r>
        <w:t>2. 2026年7月7日前，学院根据报名情况进行综合遴选，确定入选学员名单，并在华中农业大学园艺林学学院网站及风景园林系相关平台公布，同时以邮件方式通知本人。未入选者不另行通知。</w:t>
      </w:r>
    </w:p>
    <w:p>
      <w:pPr>
        <w:ind w:firstLine="480"/>
      </w:pPr>
      <w:r>
        <w:t>3. 2026年7月9日前，入选学员须按邮件要求回复确认。逾期未回复者，视为自动放弃入营资格。</w:t>
      </w:r>
    </w:p>
    <w:p>
      <w:pPr>
        <w:ind w:firstLine="480"/>
      </w:pPr>
      <w:r>
        <w:t>4. 2026年7月16日—17日，线下开展暑期研学营活动。</w:t>
      </w:r>
    </w:p>
    <w:p>
      <w:pPr>
        <w:ind w:firstLine="480"/>
      </w:pPr>
      <w:r>
        <w:t>三、活动形式及安排</w:t>
      </w:r>
    </w:p>
    <w:p>
      <w:pPr>
        <w:ind w:firstLine="480"/>
      </w:pPr>
      <w:r>
        <w:t>本次研学营活动将围绕学科认知、专业交流、师生互动、实践参观等内容展开，主要活动形式与安排包括：</w:t>
      </w:r>
    </w:p>
    <w:p>
      <w:pPr>
        <w:ind w:firstLine="480"/>
      </w:pPr>
      <w:r>
        <w:t>7月16日上午：开营式与学科介绍。</w:t>
      </w:r>
    </w:p>
    <w:p>
      <w:pPr>
        <w:ind w:firstLine="480"/>
      </w:pPr>
      <w:r>
        <w:t>7月16日下午-7月17日上午：研学互动。</w:t>
      </w:r>
    </w:p>
    <w:p>
      <w:pPr>
        <w:ind w:firstLine="480"/>
      </w:pPr>
      <w:r>
        <w:t>7月17日下午：结营仪式及证书颁发。</w:t>
      </w:r>
    </w:p>
    <w:p>
      <w:pPr>
        <w:ind w:firstLine="480"/>
      </w:pPr>
      <w:r>
        <w:t>四、活动地点</w:t>
      </w:r>
    </w:p>
    <w:p>
      <w:pPr>
        <w:ind w:firstLine="480"/>
      </w:pPr>
      <w:r>
        <w:t>华中农业大学，湖北武汉。</w:t>
      </w:r>
    </w:p>
    <w:p>
      <w:pPr>
        <w:ind w:firstLine="480"/>
      </w:pPr>
      <w:r>
        <w:t>五、招生规模</w:t>
      </w:r>
    </w:p>
    <w:p>
      <w:pPr>
        <w:ind w:firstLine="480"/>
      </w:pPr>
      <w:r>
        <w:t>40人。</w:t>
      </w:r>
    </w:p>
    <w:p>
      <w:pPr>
        <w:ind w:firstLine="480"/>
      </w:pPr>
      <w:r>
        <w:t>六、待遇与管理</w:t>
      </w:r>
    </w:p>
    <w:p>
      <w:pPr>
        <w:ind w:firstLine="480"/>
      </w:pPr>
      <w:r>
        <w:t>1. 参加研学营的学生往返交通费、食宿费用自理。无需支付报名费等其他费用。</w:t>
      </w:r>
    </w:p>
    <w:p>
      <w:pPr>
        <w:ind w:firstLine="480"/>
      </w:pPr>
      <w:r>
        <w:t>2. 学院将为入选并按时报到的学员购买活动期间人身意外伤害保险。</w:t>
      </w:r>
    </w:p>
    <w:p>
      <w:pPr>
        <w:ind w:firstLine="480"/>
      </w:pPr>
      <w:r>
        <w:t>3. 入选学员须服从研学营组织安排，按时参加各项活动，活动期间须遵守华中农业大学及园艺林学学院相关规章制度。</w:t>
      </w:r>
    </w:p>
    <w:p>
      <w:pPr>
        <w:ind w:firstLine="480"/>
      </w:pPr>
      <w:r>
        <w:t>七、联系方式</w:t>
      </w:r>
    </w:p>
    <w:p>
      <w:pPr>
        <w:ind w:firstLine="480"/>
      </w:pPr>
      <w:r>
        <w:t>联系人：风景园林研学营组委会</w:t>
      </w:r>
    </w:p>
    <w:p>
      <w:pPr>
        <w:ind w:firstLine="480"/>
      </w:pPr>
      <w:r>
        <w:t>联系邮箱：yeying@mail.hzau.edu.cn</w:t>
      </w:r>
    </w:p>
    <w:p>
      <w:pPr>
        <w:ind w:firstLine="480"/>
      </w:pPr>
      <w:r>
        <w:t>申请材料：</w:t>
      </w:r>
    </w:p>
    <w:p>
      <w:pPr>
        <w:ind w:firstLine="480"/>
      </w:pPr>
      <w:r>
        <w:t>申请人须保证所提交材料真实有效。若发现材料不实，将取消报名、入营资格。</w:t>
      </w:r>
    </w:p>
    <w:p>
      <w:pPr>
        <w:ind w:firstLine="480"/>
      </w:pPr>
      <w:r>
        <w:t>1. 《华中农业大学风景园林专业2026年暑期研学营报名表》（详见附件）；</w:t>
      </w:r>
    </w:p>
    <w:p>
      <w:pPr>
        <w:ind w:firstLine="480"/>
      </w:pPr>
      <w:r>
        <w:t>2. 个人陈述1份；内容包括专业背景、学习经历、科研或设计实践经历，以及攻读研究生阶段的学习与研究计划等；</w:t>
      </w:r>
    </w:p>
    <w:p>
      <w:pPr>
        <w:ind w:firstLine="480"/>
      </w:pPr>
      <w:r>
        <w:t>3. 有效居民身份证件扫描件；</w:t>
      </w:r>
    </w:p>
    <w:p>
      <w:pPr>
        <w:ind w:firstLine="480"/>
      </w:pPr>
      <w:r>
        <w:t>4. 在学证明或学生证扫描件；</w:t>
      </w:r>
    </w:p>
    <w:p>
      <w:pPr>
        <w:ind w:firstLine="480"/>
      </w:pPr>
      <w:r>
        <w:t>5. 本科阶段成绩单及专业或年级排名证明，须加盖所在学校或院系教务部门公章；</w:t>
      </w:r>
    </w:p>
    <w:p>
      <w:pPr>
        <w:ind w:firstLine="480"/>
      </w:pPr>
      <w:r>
        <w:t>6. 英语水平证明材料，如CET-4、CET-6、TOEFL、IELTS等证书或成绩单；</w:t>
      </w:r>
    </w:p>
    <w:p>
      <w:pPr>
        <w:ind w:firstLine="480"/>
      </w:pPr>
      <w:r>
        <w:t>7. 其他支撑材料，如作品集、获奖证书、学术论文、科研项目参与证明、设计竞赛作品、社会实践成果等。</w:t>
      </w:r>
    </w:p>
    <w:p>
      <w:pPr>
        <w:ind w:firstLine="480"/>
      </w:pPr>
      <w:r>
        <w:t>附件：华中农业大学风景园林专业2026年暑期研学营报名表.docx</w:t>
      </w:r>
    </w:p>
    <w:p>
      <w:pPr>
        <w:ind w:firstLine="480"/>
      </w:pPr>
      <w:r>
        <w:t>华中农业大学园艺林学学院风景园林系</w:t>
      </w:r>
    </w:p>
    <w:p>
      <w:pPr>
        <w:ind w:firstLine="480"/>
      </w:pPr>
      <w:r>
        <w:t>2026年6月23日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