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为方便广大考生提前做好推荐免试申请准备工作，我</w:t>
      </w:r>
    </w:p>
    <w:p>
      <w:pPr>
        <w:spacing w:after="80" w:lineRule="auto" w:line="360"/>
        <w:ind w:firstLine="482"/>
        <w:jc w:val="both"/>
      </w:pPr>
      <w:r>
        <w:rPr>
          <w:rFonts w:ascii="Times New Roman" w:hAnsi="Times New Roman" w:eastAsia="宋体"/>
          <w:b w:val="0"/>
          <w:sz w:val="24"/>
        </w:rPr>
        <w:t>将开通2026年接收优秀应届本科毕业生免试攻读硕士学位研究生和博士学位研究生（以下简称推免生）预报名系统，欢迎广大考生积极报名。</w:t>
      </w:r>
    </w:p>
    <w:p>
      <w:pPr>
        <w:spacing w:before="160" w:after="80" w:lineRule="auto" w:line="360"/>
        <w:jc w:val="left"/>
      </w:pPr>
      <w:r>
        <w:rPr>
          <w:rFonts w:ascii="Times New Roman" w:hAnsi="Times New Roman" w:eastAsia="宋体"/>
          <w:b/>
          <w:sz w:val="28"/>
        </w:rPr>
        <w:t>一、报名专业</w:t>
      </w:r>
    </w:p>
    <w:p>
      <w:pPr>
        <w:spacing w:after="80" w:lineRule="auto" w:line="360"/>
        <w:ind w:firstLine="482"/>
        <w:jc w:val="both"/>
      </w:pPr>
      <w:r>
        <w:rPr>
          <w:rFonts w:ascii="Times New Roman" w:hAnsi="Times New Roman" w:eastAsia="宋体"/>
          <w:b w:val="0"/>
          <w:sz w:val="24"/>
        </w:rPr>
        <w:t>学术学位：计算机科学与技术（081200） ；</w:t>
      </w:r>
    </w:p>
    <w:p>
      <w:pPr>
        <w:spacing w:after="80" w:lineRule="auto" w:line="360"/>
        <w:ind w:firstLine="482"/>
        <w:jc w:val="both"/>
      </w:pPr>
      <w:r>
        <w:rPr>
          <w:rFonts w:ascii="Times New Roman" w:hAnsi="Times New Roman" w:eastAsia="宋体"/>
          <w:b w:val="0"/>
          <w:sz w:val="24"/>
        </w:rPr>
        <w:t>专业学位：计算机技术(085404)</w:t>
      </w:r>
    </w:p>
    <w:p>
      <w:pPr>
        <w:spacing w:before="160" w:after="80" w:lineRule="auto" w:line="360"/>
        <w:jc w:val="left"/>
      </w:pPr>
      <w:r>
        <w:rPr>
          <w:rFonts w:ascii="Times New Roman" w:hAnsi="Times New Roman" w:eastAsia="宋体"/>
          <w:b/>
          <w:sz w:val="28"/>
        </w:rPr>
        <w:t>二、申请资格</w:t>
      </w:r>
    </w:p>
    <w:p>
      <w:pPr>
        <w:spacing w:after="80" w:lineRule="auto" w:line="360"/>
        <w:ind w:firstLine="482"/>
        <w:jc w:val="both"/>
      </w:pPr>
      <w:r>
        <w:rPr>
          <w:rFonts w:ascii="Times New Roman" w:hAnsi="Times New Roman" w:eastAsia="宋体"/>
          <w:b w:val="0"/>
          <w:sz w:val="24"/>
        </w:rPr>
        <w:t>1、</w:t>
      </w:r>
    </w:p>
    <w:p>
      <w:pPr>
        <w:spacing w:after="80" w:lineRule="auto" w:line="360"/>
        <w:ind w:firstLine="482"/>
        <w:jc w:val="both"/>
      </w:pPr>
      <w:r>
        <w:rPr>
          <w:rFonts w:ascii="Times New Roman" w:hAnsi="Times New Roman" w:eastAsia="宋体"/>
          <w:b w:val="0"/>
          <w:sz w:val="24"/>
        </w:rPr>
        <w:t>凡已取得或预计能取得所在本科毕业学校推荐免试资格的考生均可报名。</w:t>
      </w:r>
    </w:p>
    <w:p>
      <w:pPr>
        <w:spacing w:after="80" w:lineRule="auto" w:line="360"/>
        <w:ind w:firstLine="482"/>
        <w:jc w:val="both"/>
      </w:pPr>
      <w:r>
        <w:rPr>
          <w:rFonts w:ascii="Times New Roman" w:hAnsi="Times New Roman" w:eastAsia="宋体"/>
          <w:b w:val="0"/>
          <w:sz w:val="24"/>
        </w:rPr>
        <w:t>2、</w:t>
      </w:r>
    </w:p>
    <w:p>
      <w:pPr>
        <w:spacing w:after="80" w:lineRule="auto" w:line="360"/>
        <w:ind w:firstLine="482"/>
        <w:jc w:val="both"/>
      </w:pPr>
      <w:r>
        <w:rPr>
          <w:rFonts w:ascii="Times New Roman" w:hAnsi="Times New Roman" w:eastAsia="宋体"/>
          <w:b w:val="0"/>
          <w:sz w:val="24"/>
        </w:rPr>
        <w:t>遵纪守法，品行优良，无任何违法违纪受处分记录。</w:t>
      </w:r>
    </w:p>
    <w:p>
      <w:pPr>
        <w:spacing w:after="80" w:lineRule="auto" w:line="360"/>
        <w:ind w:firstLine="482"/>
        <w:jc w:val="both"/>
      </w:pPr>
      <w:r>
        <w:rPr>
          <w:rFonts w:ascii="Times New Roman" w:hAnsi="Times New Roman" w:eastAsia="宋体"/>
          <w:b w:val="0"/>
          <w:sz w:val="24"/>
        </w:rPr>
        <w:t>3、</w:t>
      </w:r>
    </w:p>
    <w:p>
      <w:pPr>
        <w:spacing w:after="80" w:lineRule="auto" w:line="360"/>
        <w:ind w:firstLine="482"/>
        <w:jc w:val="both"/>
      </w:pPr>
      <w:r>
        <w:rPr>
          <w:rFonts w:ascii="Times New Roman" w:hAnsi="Times New Roman" w:eastAsia="宋体"/>
          <w:b w:val="0"/>
          <w:sz w:val="24"/>
        </w:rPr>
        <w:t>学风端正，无任何考试作弊或剽窃他人学术成果记录。</w:t>
      </w:r>
    </w:p>
    <w:p>
      <w:pPr>
        <w:spacing w:after="80" w:lineRule="auto" w:line="360"/>
        <w:ind w:firstLine="482"/>
        <w:jc w:val="both"/>
      </w:pPr>
      <w:r>
        <w:rPr>
          <w:rFonts w:ascii="Times New Roman" w:hAnsi="Times New Roman" w:eastAsia="宋体"/>
          <w:b w:val="0"/>
          <w:sz w:val="24"/>
        </w:rPr>
        <w:t>4、</w:t>
      </w:r>
    </w:p>
    <w:p>
      <w:pPr>
        <w:spacing w:after="80" w:lineRule="auto" w:line="360"/>
        <w:ind w:firstLine="482"/>
        <w:jc w:val="both"/>
      </w:pPr>
      <w:r>
        <w:rPr>
          <w:rFonts w:ascii="Times New Roman" w:hAnsi="Times New Roman" w:eastAsia="宋体"/>
          <w:b w:val="0"/>
          <w:sz w:val="24"/>
        </w:rPr>
        <w:t>符合我校当年招生简章和招生专业目录中规定的报考条件。</w:t>
      </w:r>
    </w:p>
    <w:p>
      <w:pPr>
        <w:spacing w:after="80" w:lineRule="auto" w:line="360"/>
        <w:ind w:firstLine="482"/>
        <w:jc w:val="both"/>
      </w:pPr>
      <w:r>
        <w:rPr>
          <w:rFonts w:ascii="Times New Roman" w:hAnsi="Times New Roman" w:eastAsia="宋体"/>
          <w:b w:val="0"/>
          <w:sz w:val="24"/>
        </w:rPr>
        <w:t>5、</w:t>
      </w:r>
    </w:p>
    <w:p>
      <w:pPr>
        <w:spacing w:after="80" w:lineRule="auto" w:line="360"/>
        <w:ind w:firstLine="482"/>
        <w:jc w:val="both"/>
      </w:pPr>
      <w:r>
        <w:rPr>
          <w:rFonts w:ascii="Times New Roman" w:hAnsi="Times New Roman" w:eastAsia="宋体"/>
          <w:b w:val="0"/>
          <w:sz w:val="24"/>
        </w:rPr>
        <w:t>身心健康，符合国家及我校的相关体检要求。</w:t>
      </w:r>
    </w:p>
    <w:p>
      <w:pPr>
        <w:spacing w:after="80" w:lineRule="auto" w:line="360"/>
        <w:ind w:firstLine="482"/>
        <w:jc w:val="both"/>
      </w:pPr>
      <w:r>
        <w:rPr>
          <w:rFonts w:ascii="Times New Roman" w:hAnsi="Times New Roman" w:eastAsia="宋体"/>
          <w:b w:val="0"/>
          <w:sz w:val="24"/>
        </w:rPr>
        <w:t>、预报名</w:t>
      </w:r>
    </w:p>
    <w:p>
      <w:pPr>
        <w:spacing w:after="80" w:lineRule="auto" w:line="360"/>
        <w:ind w:firstLine="482"/>
        <w:jc w:val="both"/>
      </w:pPr>
      <w:r>
        <w:rPr>
          <w:rFonts w:ascii="Times New Roman" w:hAnsi="Times New Roman" w:eastAsia="宋体"/>
          <w:b w:val="0"/>
          <w:sz w:val="24"/>
        </w:rPr>
        <w:t>1、</w:t>
      </w:r>
    </w:p>
    <w:p>
      <w:pPr>
        <w:spacing w:after="80" w:lineRule="auto" w:line="360"/>
        <w:ind w:firstLine="482"/>
        <w:jc w:val="both"/>
      </w:pPr>
      <w:r>
        <w:rPr>
          <w:rFonts w:ascii="Times New Roman" w:hAnsi="Times New Roman" w:eastAsia="宋体"/>
          <w:b w:val="0"/>
          <w:sz w:val="24"/>
        </w:rPr>
        <w:t>报名开始时间：202</w:t>
      </w:r>
    </w:p>
    <w:p>
      <w:pPr>
        <w:spacing w:after="80" w:lineRule="auto" w:line="360"/>
        <w:ind w:firstLine="482"/>
        <w:jc w:val="both"/>
      </w:pPr>
      <w:r>
        <w:rPr>
          <w:rFonts w:ascii="Times New Roman" w:hAnsi="Times New Roman" w:eastAsia="宋体"/>
          <w:b w:val="0"/>
          <w:sz w:val="24"/>
        </w:rPr>
        <w:t>5</w:t>
      </w:r>
    </w:p>
    <w:p>
      <w:pPr>
        <w:spacing w:after="80" w:lineRule="auto" w:line="360"/>
        <w:ind w:firstLine="482"/>
        <w:jc w:val="both"/>
      </w:pPr>
      <w:r>
        <w:rPr>
          <w:rFonts w:ascii="Times New Roman" w:hAnsi="Times New Roman" w:eastAsia="宋体"/>
          <w:b w:val="0"/>
          <w:sz w:val="24"/>
        </w:rPr>
        <w:t>年9月1日</w:t>
      </w:r>
    </w:p>
    <w:p>
      <w:pPr>
        <w:spacing w:after="80" w:lineRule="auto" w:line="360"/>
        <w:ind w:firstLine="482"/>
        <w:jc w:val="both"/>
      </w:pPr>
      <w:r>
        <w:rPr>
          <w:rFonts w:ascii="Times New Roman" w:hAnsi="Times New Roman" w:eastAsia="宋体"/>
          <w:b w:val="0"/>
          <w:sz w:val="24"/>
        </w:rPr>
        <w:t>09</w:t>
      </w:r>
    </w:p>
    <w:p>
      <w:pPr>
        <w:spacing w:after="80" w:lineRule="auto" w:line="360"/>
        <w:ind w:firstLine="482"/>
        <w:jc w:val="both"/>
      </w:pPr>
      <w:r>
        <w:rPr>
          <w:rFonts w:ascii="Times New Roman" w:hAnsi="Times New Roman" w:eastAsia="宋体"/>
          <w:b w:val="0"/>
          <w:sz w:val="24"/>
        </w:rPr>
        <w:t>0</w:t>
      </w:r>
    </w:p>
    <w:p>
      <w:pPr>
        <w:spacing w:after="80" w:lineRule="auto" w:line="360"/>
        <w:ind w:firstLine="482"/>
        <w:jc w:val="both"/>
      </w:pPr>
      <w:r>
        <w:rPr>
          <w:rFonts w:ascii="Times New Roman" w:hAnsi="Times New Roman" w:eastAsia="宋体"/>
          <w:b w:val="0"/>
          <w:sz w:val="24"/>
        </w:rPr>
        <w:t>0-9月</w:t>
      </w:r>
    </w:p>
    <w:p>
      <w:pPr>
        <w:spacing w:after="80" w:lineRule="auto" w:line="360"/>
        <w:ind w:firstLine="482"/>
        <w:jc w:val="both"/>
      </w:pPr>
      <w:r>
        <w:rPr>
          <w:rFonts w:ascii="Times New Roman" w:hAnsi="Times New Roman" w:eastAsia="宋体"/>
          <w:b w:val="0"/>
          <w:sz w:val="24"/>
        </w:rPr>
        <w:t>11</w:t>
      </w:r>
    </w:p>
    <w:p>
      <w:pPr>
        <w:spacing w:after="80" w:lineRule="auto" w:line="360"/>
        <w:ind w:firstLine="482"/>
        <w:jc w:val="both"/>
      </w:pPr>
      <w:r>
        <w:rPr>
          <w:rFonts w:ascii="Times New Roman" w:hAnsi="Times New Roman" w:eastAsia="宋体"/>
          <w:b w:val="0"/>
          <w:sz w:val="24"/>
        </w:rPr>
        <w:t>日17:00。</w:t>
      </w:r>
    </w:p>
    <w:p>
      <w:pPr>
        <w:spacing w:after="80" w:lineRule="auto" w:line="360"/>
        <w:ind w:firstLine="482"/>
        <w:jc w:val="both"/>
      </w:pPr>
      <w:r>
        <w:rPr>
          <w:rFonts w:ascii="Times New Roman" w:hAnsi="Times New Roman" w:eastAsia="宋体"/>
          <w:b w:val="0"/>
          <w:sz w:val="24"/>
        </w:rPr>
        <w:t>2、</w:t>
      </w:r>
    </w:p>
    <w:p>
      <w:pPr>
        <w:spacing w:after="80" w:lineRule="auto" w:line="360"/>
        <w:ind w:firstLine="482"/>
        <w:jc w:val="both"/>
      </w:pPr>
      <w:r>
        <w:rPr>
          <w:rFonts w:ascii="Times New Roman" w:hAnsi="Times New Roman" w:eastAsia="宋体"/>
          <w:b w:val="0"/>
          <w:sz w:val="24"/>
        </w:rPr>
        <w:t>登录山东大学研究生招生管理服务平台（</w:t>
      </w:r>
    </w:p>
    <w:p>
      <w:pPr>
        <w:spacing w:after="80" w:lineRule="auto" w:line="360"/>
        <w:ind w:firstLine="482"/>
        <w:jc w:val="both"/>
      </w:pPr>
      <w:r>
        <w:rPr>
          <w:rFonts w:ascii="Times New Roman" w:hAnsi="Times New Roman" w:eastAsia="宋体"/>
          <w:b w:val="0"/>
          <w:sz w:val="24"/>
        </w:rPr>
        <w:t>点击进入</w:t>
      </w:r>
    </w:p>
    <w:p>
      <w:pPr>
        <w:spacing w:after="80" w:lineRule="auto" w:line="360"/>
        <w:ind w:firstLine="482"/>
        <w:jc w:val="both"/>
      </w:pPr>
      <w:r>
        <w:rPr>
          <w:rFonts w:ascii="Times New Roman" w:hAnsi="Times New Roman" w:eastAsia="宋体"/>
          <w:b w:val="0"/>
          <w:sz w:val="24"/>
        </w:rPr>
        <w:t>），选择“推免预报名”，首次登录系统请注册，已报考夏令营的考生无需再次注册。</w:t>
      </w:r>
    </w:p>
    <w:p>
      <w:pPr>
        <w:spacing w:after="80" w:lineRule="auto" w:line="360"/>
        <w:ind w:firstLine="482"/>
        <w:jc w:val="both"/>
      </w:pPr>
      <w:r>
        <w:rPr>
          <w:rFonts w:ascii="Times New Roman" w:hAnsi="Times New Roman" w:eastAsia="宋体"/>
          <w:b w:val="0"/>
          <w:sz w:val="24"/>
        </w:rPr>
        <w:t>3、</w:t>
      </w:r>
    </w:p>
    <w:p>
      <w:pPr>
        <w:spacing w:after="80" w:lineRule="auto" w:line="360"/>
        <w:ind w:firstLine="482"/>
        <w:jc w:val="both"/>
      </w:pPr>
      <w:r>
        <w:rPr>
          <w:rFonts w:ascii="Times New Roman" w:hAnsi="Times New Roman" w:eastAsia="宋体"/>
          <w:b w:val="0"/>
          <w:sz w:val="24"/>
        </w:rPr>
        <w:t>登录系统后，系统列出可报考的项目列表，每个项目为一个招生单位。每名考生最多可选择三个招生单位，每个招生单位内仅可选择一个专业报考。</w:t>
      </w:r>
    </w:p>
    <w:p>
      <w:pPr>
        <w:spacing w:after="80" w:lineRule="auto" w:line="360"/>
        <w:ind w:firstLine="482"/>
        <w:jc w:val="both"/>
      </w:pPr>
      <w:r>
        <w:rPr>
          <w:rFonts w:ascii="Times New Roman" w:hAnsi="Times New Roman" w:eastAsia="宋体"/>
          <w:b w:val="0"/>
          <w:sz w:val="24"/>
        </w:rPr>
        <w:t>4、</w:t>
      </w:r>
    </w:p>
    <w:p>
      <w:pPr>
        <w:spacing w:after="80" w:lineRule="auto" w:line="360"/>
        <w:ind w:firstLine="482"/>
        <w:jc w:val="both"/>
      </w:pPr>
      <w:r>
        <w:rPr>
          <w:rFonts w:ascii="Times New Roman" w:hAnsi="Times New Roman" w:eastAsia="宋体"/>
          <w:b w:val="0"/>
          <w:sz w:val="24"/>
        </w:rPr>
        <w:t>报名信息提交后，在报名时间段如需修改信息，可点击志愿列表中“修改”按钮进行修改，修改后请再次提交。</w:t>
      </w:r>
    </w:p>
    <w:p>
      <w:pPr>
        <w:spacing w:after="80" w:lineRule="auto" w:line="360"/>
        <w:ind w:firstLine="482"/>
        <w:jc w:val="both"/>
      </w:pPr>
      <w:r>
        <w:rPr>
          <w:rFonts w:ascii="Times New Roman" w:hAnsi="Times New Roman" w:eastAsia="宋体"/>
          <w:b w:val="0"/>
          <w:sz w:val="24"/>
        </w:rPr>
        <w:t>5、</w:t>
      </w:r>
    </w:p>
    <w:p>
      <w:pPr>
        <w:spacing w:after="80" w:lineRule="auto" w:line="360"/>
        <w:ind w:firstLine="482"/>
        <w:jc w:val="both"/>
      </w:pPr>
      <w:r>
        <w:rPr>
          <w:rFonts w:ascii="Times New Roman" w:hAnsi="Times New Roman" w:eastAsia="宋体"/>
          <w:b w:val="0"/>
          <w:sz w:val="24"/>
        </w:rPr>
        <w:t>请认真核对报名信息，确保为提交状态，未提交的报名信息无效。</w:t>
      </w:r>
    </w:p>
    <w:p>
      <w:pPr>
        <w:spacing w:after="80" w:lineRule="auto" w:line="360"/>
        <w:ind w:firstLine="482"/>
        <w:jc w:val="both"/>
      </w:pPr>
      <w:r>
        <w:rPr>
          <w:rFonts w:ascii="Times New Roman" w:hAnsi="Times New Roman" w:eastAsia="宋体"/>
          <w:b w:val="0"/>
          <w:sz w:val="24"/>
        </w:rPr>
        <w:t>6、</w:t>
      </w:r>
    </w:p>
    <w:p>
      <w:pPr>
        <w:spacing w:after="80" w:lineRule="auto" w:line="360"/>
        <w:ind w:firstLine="482"/>
        <w:jc w:val="both"/>
      </w:pPr>
      <w:r>
        <w:rPr>
          <w:rFonts w:ascii="Times New Roman" w:hAnsi="Times New Roman" w:eastAsia="宋体"/>
          <w:b w:val="0"/>
          <w:sz w:val="24"/>
        </w:rPr>
        <w:t>报名后请关注系统审核结论，如信息被退回修改，请在规定时间内按要求修改后重新提交。</w:t>
      </w:r>
    </w:p>
    <w:p>
      <w:pPr>
        <w:spacing w:after="80" w:lineRule="auto" w:line="360"/>
        <w:ind w:firstLine="482"/>
        <w:jc w:val="both"/>
      </w:pPr>
      <w:r>
        <w:rPr>
          <w:rFonts w:ascii="Times New Roman" w:hAnsi="Times New Roman" w:eastAsia="宋体"/>
          <w:b w:val="0"/>
          <w:sz w:val="24"/>
        </w:rPr>
        <w:t>7、</w:t>
      </w:r>
    </w:p>
    <w:p>
      <w:pPr>
        <w:spacing w:after="80" w:lineRule="auto" w:line="360"/>
        <w:ind w:firstLine="482"/>
        <w:jc w:val="both"/>
      </w:pPr>
      <w:r>
        <w:rPr>
          <w:rFonts w:ascii="Times New Roman" w:hAnsi="Times New Roman" w:eastAsia="宋体"/>
          <w:b w:val="0"/>
          <w:sz w:val="24"/>
        </w:rPr>
        <w:t>学院将于9月中上旬起择优分批次通知考生参加复试。复试方式和复试内容将在本网站公布。</w:t>
      </w:r>
    </w:p>
    <w:p>
      <w:pPr>
        <w:spacing w:after="80" w:lineRule="auto" w:line="360"/>
        <w:ind w:firstLine="482"/>
        <w:jc w:val="both"/>
      </w:pPr>
      <w:r>
        <w:rPr>
          <w:rFonts w:ascii="Times New Roman" w:hAnsi="Times New Roman" w:eastAsia="宋体"/>
          <w:b w:val="0"/>
          <w:sz w:val="24"/>
        </w:rPr>
        <w:t>、申请材料</w:t>
      </w:r>
    </w:p>
    <w:p>
      <w:pPr>
        <w:spacing w:after="80" w:lineRule="auto" w:line="360"/>
        <w:ind w:firstLine="482"/>
        <w:jc w:val="both"/>
      </w:pPr>
      <w:r>
        <w:rPr>
          <w:rFonts w:ascii="Times New Roman" w:hAnsi="Times New Roman" w:eastAsia="宋体"/>
          <w:b w:val="0"/>
          <w:sz w:val="24"/>
        </w:rPr>
        <w:t>1、</w:t>
      </w:r>
    </w:p>
    <w:p>
      <w:pPr>
        <w:spacing w:after="80" w:lineRule="auto" w:line="360"/>
        <w:ind w:firstLine="482"/>
        <w:jc w:val="both"/>
      </w:pPr>
      <w:r>
        <w:rPr>
          <w:rFonts w:ascii="Times New Roman" w:hAnsi="Times New Roman" w:eastAsia="宋体"/>
          <w:b w:val="0"/>
          <w:sz w:val="24"/>
        </w:rPr>
        <w:t>思想政治素质和品德考核表（</w:t>
      </w:r>
    </w:p>
    <w:p>
      <w:pPr>
        <w:spacing w:after="80" w:lineRule="auto" w:line="360"/>
        <w:ind w:firstLine="482"/>
        <w:jc w:val="both"/>
      </w:pPr>
      <w:r>
        <w:rPr>
          <w:rFonts w:ascii="Times New Roman" w:hAnsi="Times New Roman" w:eastAsia="宋体"/>
          <w:b w:val="0"/>
          <w:sz w:val="24"/>
        </w:rPr>
        <w:t>点击下载</w:t>
      </w:r>
    </w:p>
    <w:p>
      <w:pPr>
        <w:spacing w:after="80" w:lineRule="auto" w:line="360"/>
        <w:ind w:firstLine="482"/>
        <w:jc w:val="both"/>
      </w:pPr>
      <w:r>
        <w:rPr>
          <w:rFonts w:ascii="Times New Roman" w:hAnsi="Times New Roman" w:eastAsia="宋体"/>
          <w:b w:val="0"/>
          <w:sz w:val="24"/>
        </w:rPr>
        <w:t>2、</w:t>
      </w:r>
    </w:p>
    <w:p>
      <w:pPr>
        <w:spacing w:after="80" w:lineRule="auto" w:line="360"/>
        <w:ind w:firstLine="482"/>
        <w:jc w:val="both"/>
      </w:pPr>
      <w:r>
        <w:rPr>
          <w:rFonts w:ascii="Times New Roman" w:hAnsi="Times New Roman" w:eastAsia="宋体"/>
          <w:b w:val="0"/>
          <w:sz w:val="24"/>
        </w:rPr>
        <w:t>本科阶段成绩单，须加盖学校教务主管部门公章。</w:t>
      </w:r>
    </w:p>
    <w:p>
      <w:pPr>
        <w:spacing w:after="80" w:lineRule="auto" w:line="360"/>
        <w:ind w:firstLine="482"/>
        <w:jc w:val="both"/>
      </w:pPr>
      <w:r>
        <w:rPr>
          <w:rFonts w:ascii="Times New Roman" w:hAnsi="Times New Roman" w:eastAsia="宋体"/>
          <w:b w:val="0"/>
          <w:sz w:val="24"/>
        </w:rPr>
        <w:t>3、</w:t>
      </w:r>
    </w:p>
    <w:p>
      <w:pPr>
        <w:spacing w:after="80" w:lineRule="auto" w:line="360"/>
        <w:ind w:firstLine="482"/>
        <w:jc w:val="both"/>
      </w:pPr>
      <w:r>
        <w:rPr>
          <w:rFonts w:ascii="Times New Roman" w:hAnsi="Times New Roman" w:eastAsia="宋体"/>
          <w:b w:val="0"/>
          <w:sz w:val="24"/>
        </w:rPr>
        <w:t>外语水平证明或外语资格考试成绩单。</w:t>
      </w:r>
    </w:p>
    <w:p>
      <w:pPr>
        <w:spacing w:after="80" w:lineRule="auto" w:line="360"/>
        <w:ind w:firstLine="482"/>
        <w:jc w:val="both"/>
      </w:pPr>
      <w:r>
        <w:rPr>
          <w:rFonts w:ascii="Times New Roman" w:hAnsi="Times New Roman" w:eastAsia="宋体"/>
          <w:b w:val="0"/>
          <w:sz w:val="24"/>
        </w:rPr>
        <w:t>4、</w:t>
      </w:r>
    </w:p>
    <w:p>
      <w:pPr>
        <w:spacing w:after="80" w:lineRule="auto" w:line="360"/>
        <w:ind w:firstLine="482"/>
        <w:jc w:val="both"/>
      </w:pPr>
      <w:r>
        <w:rPr>
          <w:rFonts w:ascii="Times New Roman" w:hAnsi="Times New Roman" w:eastAsia="宋体"/>
          <w:b w:val="0"/>
          <w:sz w:val="24"/>
        </w:rPr>
        <w:t>获奖证书。</w:t>
      </w:r>
    </w:p>
    <w:p>
      <w:pPr>
        <w:spacing w:after="80" w:lineRule="auto" w:line="360"/>
        <w:ind w:firstLine="482"/>
        <w:jc w:val="both"/>
      </w:pPr>
      <w:r>
        <w:rPr>
          <w:rFonts w:ascii="Times New Roman" w:hAnsi="Times New Roman" w:eastAsia="宋体"/>
          <w:b w:val="0"/>
          <w:sz w:val="24"/>
        </w:rPr>
        <w:t>5、</w:t>
      </w:r>
    </w:p>
    <w:p>
      <w:pPr>
        <w:spacing w:after="80" w:lineRule="auto" w:line="360"/>
        <w:ind w:firstLine="482"/>
        <w:jc w:val="both"/>
      </w:pPr>
      <w:r>
        <w:rPr>
          <w:rFonts w:ascii="Times New Roman" w:hAnsi="Times New Roman" w:eastAsia="宋体"/>
          <w:b w:val="0"/>
          <w:sz w:val="24"/>
        </w:rPr>
        <w:t>体现自身学术水平的代表性学术论文、出版物或原创性工作成果等材料。</w:t>
      </w:r>
    </w:p>
    <w:p>
      <w:pPr>
        <w:spacing w:after="80" w:lineRule="auto" w:line="360"/>
        <w:ind w:firstLine="482"/>
        <w:jc w:val="both"/>
      </w:pPr>
      <w:r>
        <w:rPr>
          <w:rFonts w:ascii="Times New Roman" w:hAnsi="Times New Roman" w:eastAsia="宋体"/>
          <w:b w:val="0"/>
          <w:sz w:val="24"/>
        </w:rPr>
        <w:t>6、</w:t>
      </w:r>
    </w:p>
    <w:p>
      <w:pPr>
        <w:spacing w:after="80" w:lineRule="auto" w:line="360"/>
        <w:ind w:firstLine="482"/>
        <w:jc w:val="both"/>
      </w:pPr>
      <w:r>
        <w:rPr>
          <w:rFonts w:ascii="Times New Roman" w:hAnsi="Times New Roman" w:eastAsia="宋体"/>
          <w:b w:val="0"/>
          <w:sz w:val="24"/>
        </w:rPr>
        <w:t>在校期间参军入伍服兵役、参加志愿服务、到国际组织实习等证明材料。</w:t>
      </w:r>
    </w:p>
    <w:p>
      <w:pPr>
        <w:spacing w:after="80" w:lineRule="auto" w:line="360"/>
        <w:ind w:firstLine="482"/>
        <w:jc w:val="both"/>
      </w:pPr>
      <w:r>
        <w:rPr>
          <w:rFonts w:ascii="Times New Roman" w:hAnsi="Times New Roman" w:eastAsia="宋体"/>
          <w:b w:val="0"/>
          <w:sz w:val="24"/>
        </w:rPr>
        <w:t>7、</w:t>
      </w:r>
    </w:p>
    <w:p>
      <w:pPr>
        <w:spacing w:after="80" w:lineRule="auto" w:line="360"/>
        <w:ind w:firstLine="482"/>
        <w:jc w:val="both"/>
      </w:pPr>
      <w:r>
        <w:rPr>
          <w:rFonts w:ascii="Times New Roman" w:hAnsi="Times New Roman" w:eastAsia="宋体"/>
          <w:b w:val="0"/>
          <w:sz w:val="24"/>
        </w:rPr>
        <w:t>回避情况说明。凡有直系亲属或利益相关人员在我校工作，尤其是在所申请推免的招生单位工作的，要主动说明报备。对未按规定报备声明回避关系且影响推免过程和结果公平公正的学生，学校将取消其推免资格。</w:t>
      </w:r>
    </w:p>
    <w:p>
      <w:pPr>
        <w:spacing w:after="80" w:lineRule="auto" w:line="360"/>
        <w:ind w:firstLine="482"/>
        <w:jc w:val="both"/>
      </w:pPr>
      <w:r>
        <w:rPr>
          <w:rFonts w:ascii="Times New Roman" w:hAnsi="Times New Roman" w:eastAsia="宋体"/>
          <w:b w:val="0"/>
          <w:sz w:val="24"/>
        </w:rPr>
        <w:t>8、</w:t>
      </w:r>
    </w:p>
    <w:p>
      <w:pPr>
        <w:spacing w:after="80" w:lineRule="auto" w:line="360"/>
        <w:ind w:firstLine="482"/>
        <w:jc w:val="both"/>
      </w:pPr>
      <w:r>
        <w:rPr>
          <w:rFonts w:ascii="Times New Roman" w:hAnsi="Times New Roman" w:eastAsia="宋体"/>
          <w:b w:val="0"/>
          <w:sz w:val="24"/>
        </w:rPr>
        <w:t>202</w:t>
      </w:r>
    </w:p>
    <w:p>
      <w:pPr>
        <w:spacing w:after="80" w:lineRule="auto" w:line="360"/>
        <w:ind w:firstLine="482"/>
        <w:jc w:val="both"/>
      </w:pPr>
      <w:r>
        <w:rPr>
          <w:rFonts w:ascii="Times New Roman" w:hAnsi="Times New Roman" w:eastAsia="宋体"/>
          <w:b w:val="0"/>
          <w:sz w:val="24"/>
        </w:rPr>
        <w:t>6</w:t>
      </w:r>
    </w:p>
    <w:p>
      <w:pPr>
        <w:spacing w:after="80" w:lineRule="auto" w:line="360"/>
        <w:ind w:firstLine="482"/>
        <w:jc w:val="both"/>
      </w:pPr>
      <w:r>
        <w:rPr>
          <w:rFonts w:ascii="Times New Roman" w:hAnsi="Times New Roman" w:eastAsia="宋体"/>
          <w:b w:val="0"/>
          <w:sz w:val="24"/>
        </w:rPr>
        <w:t>年接收推荐免试硕士研究生申请汇总表。</w:t>
      </w:r>
    </w:p>
    <w:p>
      <w:pPr>
        <w:spacing w:after="80" w:lineRule="auto" w:line="360"/>
        <w:ind w:firstLine="482"/>
        <w:jc w:val="both"/>
      </w:pPr>
      <w:r>
        <w:rPr>
          <w:rFonts w:ascii="Times New Roman" w:hAnsi="Times New Roman" w:eastAsia="宋体"/>
          <w:b w:val="0"/>
          <w:sz w:val="24"/>
        </w:rPr>
        <w:t>9、我校相关招生单位要求提供的其他材料。</w:t>
      </w:r>
    </w:p>
    <w:p>
      <w:pPr>
        <w:spacing w:after="80" w:lineRule="auto" w:line="360"/>
        <w:ind w:firstLine="482"/>
        <w:jc w:val="both"/>
      </w:pPr>
      <w:r>
        <w:rPr>
          <w:rFonts w:ascii="Times New Roman" w:hAnsi="Times New Roman" w:eastAsia="宋体"/>
          <w:b w:val="0"/>
          <w:sz w:val="24"/>
        </w:rPr>
        <w:t>报名时，如以上材料暂时不能提供，可在系统内上传情况说明，避免错过报名时间。参加复试时，请将缺失材料提交我校各招生单位进行补验。</w:t>
      </w:r>
    </w:p>
    <w:p>
      <w:pPr>
        <w:spacing w:before="160" w:after="80" w:lineRule="auto" w:line="360"/>
        <w:jc w:val="left"/>
      </w:pPr>
      <w:r>
        <w:rPr>
          <w:rFonts w:ascii="Times New Roman" w:hAnsi="Times New Roman" w:eastAsia="宋体"/>
          <w:b/>
          <w:sz w:val="28"/>
        </w:rPr>
        <w:t>五、其他事项</w:t>
      </w:r>
    </w:p>
    <w:p>
      <w:pPr>
        <w:spacing w:after="80" w:lineRule="auto" w:line="360"/>
        <w:ind w:firstLine="482"/>
        <w:jc w:val="both"/>
      </w:pPr>
      <w:r>
        <w:rPr>
          <w:rFonts w:ascii="Times New Roman" w:hAnsi="Times New Roman" w:eastAsia="宋体"/>
          <w:b w:val="0"/>
          <w:sz w:val="24"/>
        </w:rPr>
        <w:t>1．因教育部推免相关文件暂未下达，报名系统中所列的专业信息及相关推免政策可能会有所调整。</w:t>
      </w:r>
    </w:p>
    <w:p>
      <w:pPr>
        <w:spacing w:after="80" w:lineRule="auto" w:line="360"/>
        <w:ind w:firstLine="482"/>
        <w:jc w:val="both"/>
      </w:pPr>
      <w:r>
        <w:rPr>
          <w:rFonts w:ascii="Times New Roman" w:hAnsi="Times New Roman" w:eastAsia="宋体"/>
          <w:b w:val="0"/>
          <w:sz w:val="24"/>
        </w:rPr>
        <w:t>2．我</w:t>
      </w:r>
    </w:p>
    <w:p>
      <w:pPr>
        <w:spacing w:after="80" w:lineRule="auto" w:line="360"/>
        <w:ind w:firstLine="482"/>
        <w:jc w:val="both"/>
      </w:pPr>
      <w:r>
        <w:rPr>
          <w:rFonts w:ascii="Times New Roman" w:hAnsi="Times New Roman" w:eastAsia="宋体"/>
          <w:b w:val="0"/>
          <w:sz w:val="24"/>
        </w:rPr>
        <w:t>研究生在青岛</w:t>
      </w:r>
    </w:p>
    <w:p>
      <w:pPr>
        <w:spacing w:after="80" w:lineRule="auto" w:line="360"/>
        <w:ind w:firstLine="482"/>
        <w:jc w:val="both"/>
      </w:pPr>
      <w:r>
        <w:rPr>
          <w:rFonts w:ascii="Times New Roman" w:hAnsi="Times New Roman" w:eastAsia="宋体"/>
          <w:b w:val="0"/>
          <w:sz w:val="24"/>
        </w:rPr>
        <w:t>招生培养，请考生报名时注意选择。</w:t>
      </w:r>
    </w:p>
    <w:p>
      <w:pPr>
        <w:spacing w:after="80" w:lineRule="auto" w:line="360"/>
        <w:ind w:firstLine="482"/>
        <w:jc w:val="both"/>
      </w:pPr>
      <w:r>
        <w:rPr>
          <w:rFonts w:ascii="Times New Roman" w:hAnsi="Times New Roman" w:eastAsia="宋体"/>
          <w:b w:val="0"/>
          <w:sz w:val="24"/>
        </w:rPr>
        <w:t>3．通过我</w:t>
      </w:r>
    </w:p>
    <w:p>
      <w:pPr>
        <w:spacing w:after="80" w:lineRule="auto" w:line="360"/>
        <w:ind w:firstLine="482"/>
        <w:jc w:val="both"/>
      </w:pPr>
      <w:r>
        <w:rPr>
          <w:rFonts w:ascii="Times New Roman" w:hAnsi="Times New Roman" w:eastAsia="宋体"/>
          <w:b w:val="0"/>
          <w:sz w:val="24"/>
        </w:rPr>
        <w:t>复试拟接收的推免生，须登录“全国推荐免试攻读研究生（免初试、转段）信息公开暨管理服务系统”（网址：</w:t>
      </w:r>
    </w:p>
    <w:p>
      <w:pPr>
        <w:spacing w:after="80" w:lineRule="auto" w:line="360"/>
        <w:ind w:firstLine="482"/>
        <w:jc w:val="both"/>
      </w:pPr>
      <w:r>
        <w:rPr>
          <w:rFonts w:ascii="Times New Roman" w:hAnsi="Times New Roman" w:eastAsia="宋体"/>
          <w:b w:val="0"/>
          <w:sz w:val="24"/>
        </w:rPr>
        <w:t>，开通时间详见研招网公告）填报志愿，并完成后续相关录取程序。未在规定时间内完成录取确认的推免生，将视为放弃拟录取资格。</w:t>
      </w:r>
    </w:p>
    <w:p>
      <w:pPr>
        <w:spacing w:after="80" w:lineRule="auto" w:line="360"/>
        <w:ind w:firstLine="482"/>
        <w:jc w:val="both"/>
      </w:pPr>
      <w:r>
        <w:rPr>
          <w:rFonts w:ascii="Times New Roman" w:hAnsi="Times New Roman" w:eastAsia="宋体"/>
          <w:b w:val="0"/>
          <w:sz w:val="24"/>
        </w:rPr>
        <w:t>4．未参加我</w:t>
      </w:r>
    </w:p>
    <w:p>
      <w:pPr>
        <w:spacing w:after="80" w:lineRule="auto" w:line="360"/>
        <w:ind w:firstLine="482"/>
        <w:jc w:val="both"/>
      </w:pPr>
      <w:r>
        <w:rPr>
          <w:rFonts w:ascii="Times New Roman" w:hAnsi="Times New Roman" w:eastAsia="宋体"/>
          <w:b w:val="0"/>
          <w:sz w:val="24"/>
        </w:rPr>
        <w:t>预报名的推免生，可在教育部开通“全国推荐免试攻读研究生信息公开暨管理服务系统”后，登录系统进行报名。我</w:t>
      </w:r>
    </w:p>
    <w:p>
      <w:pPr>
        <w:spacing w:after="80" w:lineRule="auto" w:line="360"/>
        <w:ind w:firstLine="482"/>
        <w:jc w:val="both"/>
      </w:pPr>
      <w:r>
        <w:rPr>
          <w:rFonts w:ascii="Times New Roman" w:hAnsi="Times New Roman" w:eastAsia="宋体"/>
          <w:b w:val="0"/>
          <w:sz w:val="24"/>
        </w:rPr>
        <w:t>将根据招生计划剩余情况决定是否发放复试通知和组织复试，具体安排</w:t>
      </w:r>
    </w:p>
    <w:p>
      <w:pPr>
        <w:spacing w:after="80" w:lineRule="auto" w:line="360"/>
        <w:ind w:firstLine="482"/>
        <w:jc w:val="both"/>
      </w:pPr>
      <w:r>
        <w:rPr>
          <w:rFonts w:ascii="Times New Roman" w:hAnsi="Times New Roman" w:eastAsia="宋体"/>
          <w:b w:val="0"/>
          <w:sz w:val="24"/>
        </w:rPr>
        <w:t>将另行通知</w:t>
      </w:r>
    </w:p>
    <w:p>
      <w:pPr>
        <w:spacing w:after="80" w:lineRule="auto" w:line="360"/>
        <w:ind w:firstLine="482"/>
        <w:jc w:val="both"/>
      </w:pPr>
      <w:r>
        <w:rPr>
          <w:rFonts w:ascii="Times New Roman" w:hAnsi="Times New Roman" w:eastAsia="宋体"/>
          <w:b w:val="0"/>
          <w:sz w:val="24"/>
        </w:rPr>
        <w:t>、咨询方式</w:t>
      </w:r>
    </w:p>
    <w:p>
      <w:pPr>
        <w:spacing w:after="80" w:lineRule="auto" w:line="360"/>
        <w:ind w:firstLine="482"/>
        <w:jc w:val="both"/>
      </w:pPr>
      <w:r>
        <w:rPr>
          <w:rFonts w:ascii="Times New Roman" w:hAnsi="Times New Roman" w:eastAsia="宋体"/>
          <w:b w:val="0"/>
          <w:sz w:val="24"/>
        </w:rPr>
        <w:t>联系人：苏老师</w:t>
      </w:r>
    </w:p>
    <w:p>
      <w:pPr>
        <w:spacing w:after="80" w:lineRule="auto" w:line="360"/>
        <w:ind w:firstLine="482"/>
        <w:jc w:val="both"/>
      </w:pPr>
      <w:r>
        <w:rPr>
          <w:rFonts w:ascii="Times New Roman" w:hAnsi="Times New Roman" w:eastAsia="宋体"/>
          <w:b w:val="0"/>
          <w:sz w:val="24"/>
        </w:rPr>
        <w:t>邮箱：cs_graduate@sdu.edu.cn</w:t>
      </w:r>
    </w:p>
    <w:p>
      <w:pPr>
        <w:spacing w:after="80" w:lineRule="auto" w:line="360"/>
        <w:ind w:firstLine="482"/>
        <w:jc w:val="both"/>
      </w:pPr>
      <w:r>
        <w:rPr>
          <w:rFonts w:ascii="Times New Roman" w:hAnsi="Times New Roman" w:eastAsia="宋体"/>
          <w:b w:val="0"/>
          <w:sz w:val="24"/>
        </w:rPr>
        <w:t>学院网站：http://www.cs.sdu.edu.cn</w:t>
      </w:r>
    </w:p>
    <w:p>
      <w:pPr>
        <w:spacing w:after="80" w:lineRule="auto" w:line="360"/>
        <w:ind w:firstLine="482"/>
        <w:jc w:val="both"/>
      </w:pPr>
      <w:r>
        <w:rPr>
          <w:rFonts w:ascii="Times New Roman" w:hAnsi="Times New Roman" w:eastAsia="宋体"/>
          <w:b w:val="0"/>
          <w:sz w:val="24"/>
        </w:rPr>
        <w:t>地址：山东省青岛市即墨区滨海路72号</w:t>
      </w:r>
    </w:p>
    <w:p>
      <w:pPr>
        <w:spacing w:after="80" w:lineRule="auto" w:line="360"/>
        <w:ind w:firstLine="482"/>
        <w:jc w:val="both"/>
      </w:pPr>
      <w:r>
        <w:rPr>
          <w:rFonts w:ascii="Times New Roman" w:hAnsi="Times New Roman" w:eastAsia="宋体"/>
          <w:b w:val="0"/>
          <w:sz w:val="24"/>
        </w:rPr>
        <w:t>计算机科学与技术学院研究生招生办公室</w:t>
      </w:r>
    </w:p>
    <w:p>
      <w:pPr>
        <w:spacing w:after="80" w:lineRule="auto" w:line="360"/>
        <w:ind w:firstLine="482"/>
        <w:jc w:val="both"/>
      </w:pPr>
      <w:r>
        <w:rPr>
          <w:rFonts w:ascii="Times New Roman" w:hAnsi="Times New Roman" w:eastAsia="宋体"/>
          <w:b w:val="0"/>
          <w:sz w:val="24"/>
        </w:rPr>
        <w:t>202</w:t>
      </w:r>
    </w:p>
    <w:p>
      <w:pPr>
        <w:spacing w:after="80" w:lineRule="auto" w:line="360"/>
        <w:ind w:firstLine="482"/>
        <w:jc w:val="both"/>
      </w:pPr>
      <w:r>
        <w:rPr>
          <w:rFonts w:ascii="Times New Roman" w:hAnsi="Times New Roman" w:eastAsia="宋体"/>
          <w:b w:val="0"/>
          <w:sz w:val="24"/>
        </w:rPr>
        <w:t>5</w:t>
      </w:r>
    </w:p>
    <w:p>
      <w:pPr>
        <w:spacing w:after="80" w:lineRule="auto" w:line="360"/>
        <w:ind w:firstLine="482"/>
        <w:jc w:val="both"/>
      </w:pPr>
      <w:r>
        <w:rPr>
          <w:rFonts w:ascii="Times New Roman" w:hAnsi="Times New Roman" w:eastAsia="宋体"/>
          <w:b w:val="0"/>
          <w:sz w:val="24"/>
        </w:rPr>
        <w:t>年9月</w:t>
      </w:r>
    </w:p>
    <w:p>
      <w:pPr>
        <w:spacing w:after="80" w:lineRule="auto" w:line="360"/>
        <w:ind w:firstLine="482"/>
        <w:jc w:val="both"/>
      </w:pPr>
      <w:r>
        <w:rPr>
          <w:rFonts w:ascii="Times New Roman" w:hAnsi="Times New Roman" w:eastAsia="宋体"/>
          <w:b w:val="0"/>
          <w:sz w:val="24"/>
        </w:rPr>
        <w:t>1</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