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温州医科大学附属第二医院2026年推免生名单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温州医科大学附属第二医院2026年推免生名单相关页面内容如下。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总计未标注具体人数。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原文为Excel文件加载页面，未显示具体名单内容。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原文未显示具体专业信息。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原文未显示具体排名或评分方式。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原文未显示公示期信息。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原文为在线Excel文件预览页面，文件内容未能成功加载，无法提取具体名单数据。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