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青岛理工大学商学院2026年推荐免试硕士研究生拟推荐人员及候补人员名单公示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拟推荐人员总计6人，均为会计学专业；候补人员名单未在正文中明确列出人数。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会计学（1个专业）。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专业排名，以综合成绩为核心评分依据，综合名次为1/116至5/116；外语语种等级及成绩包括CET6和CET4，具体分数如CET6:525、CET6:542、CET6:478、CET4:551、CET6:438等；经学生报名、学院审核确定拟推荐名单，公示文件未公示加分项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公示期为2025年9月10日至9月12日，共计3天；公示期内如有异议，可拨打电话0532-86870890（屈老师）或0532-86875659（孙老师）反映。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