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大连交通大学詹天佑学院2026届推免生推荐名单公示</w:t>
      </w:r>
    </w:p>
    <w:p>
      <w:pPr>
        <w:spacing w:after="80" w:lineRule="auto" w:line="360"/>
        <w:ind w:firstLine="482"/>
        <w:jc w:val="both"/>
      </w:pPr>
      <w:r>
        <w:rPr>
          <w:rFonts w:ascii="Times New Roman" w:hAnsi="Times New Roman" w:eastAsia="宋体"/>
          <w:b w:val="0"/>
          <w:sz w:val="24"/>
        </w:rPr>
        <w:t>根据《大连交通大学推荐优秀应届本科毕业生免试攻读研究生的管理规定》（大交大发〔2024〕33号）及《大连交通大学推荐2026届优秀应届本科毕业生免试攻读研究生工作方案》相关工作要求，经学生个人申报、学院审核，拟确定江坤等28人为2026届硕士推免正式人选，确定王玥瑶等18人为2026届硕士推免候补人选。</w:t>
      </w:r>
    </w:p>
    <w:p>
      <w:pPr>
        <w:spacing w:after="80" w:lineRule="auto" w:line="360"/>
        <w:ind w:firstLine="482"/>
        <w:jc w:val="both"/>
      </w:pPr>
      <w:r>
        <w:rPr>
          <w:rFonts w:ascii="Times New Roman" w:hAnsi="Times New Roman" w:eastAsia="宋体"/>
          <w:b w:val="0"/>
          <w:sz w:val="24"/>
        </w:rPr>
        <w:t>发布日期（推定）：2025年9月9日</w:t>
      </w:r>
    </w:p>
    <w:p>
      <w:pPr>
        <w:spacing w:before="160" w:after="80" w:lineRule="auto" w:line="360"/>
        <w:jc w:val="left"/>
      </w:pPr>
      <w:r>
        <w:rPr>
          <w:rFonts w:ascii="Times New Roman" w:hAnsi="Times New Roman" w:eastAsia="宋体"/>
          <w:b/>
          <w:sz w:val="28"/>
        </w:rPr>
        <w:t>一、公示内容</w:t>
      </w:r>
    </w:p>
    <w:p>
      <w:pPr>
        <w:spacing w:after="80" w:lineRule="auto" w:line="360"/>
        <w:ind w:firstLine="482"/>
        <w:jc w:val="both"/>
      </w:pPr>
      <w:r>
        <w:rPr>
          <w:rFonts w:ascii="Times New Roman" w:hAnsi="Times New Roman" w:eastAsia="宋体"/>
          <w:b w:val="0"/>
          <w:sz w:val="24"/>
        </w:rPr>
        <w:t>1. 公示名单详见附件《2026届优秀应届本科毕业生免试攻读研究生推荐名单汇总表-詹天佑学院》。</w:t>
      </w:r>
    </w:p>
    <w:p>
      <w:pPr>
        <w:spacing w:after="80" w:lineRule="auto" w:line="360"/>
        <w:ind w:firstLine="482"/>
        <w:jc w:val="both"/>
      </w:pPr>
      <w:r>
        <w:rPr>
          <w:rFonts w:ascii="Times New Roman" w:hAnsi="Times New Roman" w:eastAsia="宋体"/>
          <w:b w:val="0"/>
          <w:sz w:val="24"/>
        </w:rPr>
        <w:t>2. 正式推免人选共28人，涉及交通设备与控制工程、车辆工程、测控技术与仪器+软件工程、测控技术与仪器等专业。</w:t>
      </w:r>
    </w:p>
    <w:p>
      <w:pPr>
        <w:spacing w:after="80" w:lineRule="auto" w:line="360"/>
        <w:ind w:firstLine="482"/>
        <w:jc w:val="both"/>
      </w:pPr>
      <w:r>
        <w:rPr>
          <w:rFonts w:ascii="Times New Roman" w:hAnsi="Times New Roman" w:eastAsia="宋体"/>
          <w:b w:val="0"/>
          <w:sz w:val="24"/>
        </w:rPr>
        <w:t>3. 候补推免人选共18人，涉及交通设备与控制工程、车辆工程、测控技术与仪器+软件工程、测控技术与仪器等专业。</w:t>
      </w:r>
    </w:p>
    <w:p>
      <w:pPr>
        <w:spacing w:before="160" w:after="80" w:lineRule="auto" w:line="360"/>
        <w:jc w:val="left"/>
      </w:pPr>
      <w:r>
        <w:rPr>
          <w:rFonts w:ascii="Times New Roman" w:hAnsi="Times New Roman" w:eastAsia="宋体"/>
          <w:b/>
          <w:sz w:val="28"/>
        </w:rPr>
        <w:t>二、公示时间及异议反馈</w:t>
      </w:r>
    </w:p>
    <w:p>
      <w:pPr>
        <w:spacing w:after="80" w:lineRule="auto" w:line="360"/>
        <w:ind w:firstLine="482"/>
        <w:jc w:val="both"/>
      </w:pPr>
      <w:r>
        <w:rPr>
          <w:rFonts w:ascii="Times New Roman" w:hAnsi="Times New Roman" w:eastAsia="宋体"/>
          <w:b w:val="0"/>
          <w:sz w:val="24"/>
        </w:rPr>
        <w:t>1. 公示期：自公示之日起三日内。</w:t>
      </w:r>
    </w:p>
    <w:p>
      <w:pPr>
        <w:spacing w:after="80" w:lineRule="auto" w:line="360"/>
        <w:ind w:firstLine="482"/>
        <w:jc w:val="both"/>
      </w:pPr>
      <w:r>
        <w:rPr>
          <w:rFonts w:ascii="Times New Roman" w:hAnsi="Times New Roman" w:eastAsia="宋体"/>
          <w:b w:val="0"/>
          <w:sz w:val="24"/>
        </w:rPr>
        <w:t>2. 如对公示内容有异议，请与詹天佑学院（中车学院）办公室联系。</w:t>
      </w:r>
    </w:p>
    <w:p>
      <w:pPr>
        <w:spacing w:after="80" w:lineRule="auto" w:line="360"/>
        <w:ind w:firstLine="482"/>
        <w:jc w:val="both"/>
      </w:pPr>
      <w:r>
        <w:rPr>
          <w:rFonts w:ascii="Times New Roman" w:hAnsi="Times New Roman" w:eastAsia="宋体"/>
          <w:b w:val="0"/>
          <w:sz w:val="24"/>
        </w:rPr>
        <w:t>3. 反映情况须实事求是、具体真实，来电须署真实姓名。</w:t>
      </w:r>
    </w:p>
    <w:p>
      <w:pPr>
        <w:spacing w:after="80" w:lineRule="auto" w:line="360"/>
        <w:ind w:firstLine="482"/>
        <w:jc w:val="both"/>
      </w:pPr>
      <w:r>
        <w:rPr>
          <w:rFonts w:ascii="Times New Roman" w:hAnsi="Times New Roman" w:eastAsia="宋体"/>
          <w:b w:val="0"/>
          <w:sz w:val="24"/>
        </w:rPr>
        <w:t>4. 联系电话：0411-84106873。</w:t>
      </w:r>
    </w:p>
    <w:p>
      <w:pPr>
        <w:spacing w:before="160" w:after="80" w:lineRule="auto" w:line="360"/>
        <w:jc w:val="left"/>
      </w:pPr>
      <w:r>
        <w:rPr>
          <w:rFonts w:ascii="Times New Roman" w:hAnsi="Times New Roman" w:eastAsia="宋体"/>
          <w:b/>
          <w:sz w:val="28"/>
        </w:rPr>
        <w:t>三、正式推免名单（28人）</w:t>
      </w:r>
    </w:p>
    <w:p>
      <w:pPr>
        <w:spacing w:after="80" w:lineRule="auto" w:line="360"/>
        <w:ind w:firstLine="482"/>
        <w:jc w:val="both"/>
      </w:pPr>
      <w:r>
        <w:rPr>
          <w:rFonts w:ascii="Times New Roman" w:hAnsi="Times New Roman" w:eastAsia="宋体"/>
          <w:b w:val="0"/>
          <w:sz w:val="24"/>
        </w:rPr>
        <w:t>1. 交通设备与控制工程专业（4人）：江坤（学号2216030121）、潘润利（学号2216030110）、刘博瀚（学号2216030111）、童烨铃（学号2216030125）。</w:t>
      </w:r>
    </w:p>
    <w:p>
      <w:pPr>
        <w:spacing w:after="80" w:lineRule="auto" w:line="360"/>
        <w:ind w:firstLine="482"/>
        <w:jc w:val="both"/>
      </w:pPr>
      <w:r>
        <w:rPr>
          <w:rFonts w:ascii="Times New Roman" w:hAnsi="Times New Roman" w:eastAsia="宋体"/>
          <w:b w:val="0"/>
          <w:sz w:val="24"/>
        </w:rPr>
        <w:t>2. 车辆工程专业（17人）：赵宇（学号2216040503）、陈飞宇（学号2216040114）、黄才烽（学号2216040320）、肖孟伟（学号2203080217）、彭德硕（学号2205010114）、唱鑫（学号2216040314）、徐智成（学号2216040220）、张宇轩（学号2216040613）、卢欣然（学号2206060120）、张秉哲（学号2216040101）、朱安心（学号2216040522）、陈静博（学号2216040412）、王天一（学号2216030213）、钱治铭（学号2216040415）、赵树钊（学号2216040422）、郭永豪（学号2216040325）、高荣奇（学号2216040119）。</w:t>
      </w:r>
    </w:p>
    <w:p>
      <w:pPr>
        <w:spacing w:after="80" w:lineRule="auto" w:line="360"/>
        <w:ind w:firstLine="482"/>
        <w:jc w:val="both"/>
      </w:pPr>
      <w:r>
        <w:rPr>
          <w:rFonts w:ascii="Times New Roman" w:hAnsi="Times New Roman" w:eastAsia="宋体"/>
          <w:b w:val="0"/>
          <w:sz w:val="24"/>
        </w:rPr>
        <w:t>3. 测控技术与仪器+软件工程专业（4人）：蒋磊（学号2118040229）、赖敬诚（学号2118040126）、郑雨涵（学号2118040102）、张凯齐（学号2118040117）。</w:t>
      </w:r>
    </w:p>
    <w:p>
      <w:pPr>
        <w:spacing w:after="80" w:lineRule="auto" w:line="360"/>
        <w:ind w:firstLine="482"/>
        <w:jc w:val="both"/>
      </w:pPr>
      <w:r>
        <w:rPr>
          <w:rFonts w:ascii="Times New Roman" w:hAnsi="Times New Roman" w:eastAsia="宋体"/>
          <w:b w:val="0"/>
          <w:sz w:val="24"/>
        </w:rPr>
        <w:t>4. 测控技术与仪器专业（3人）：李春源（学号2216010218）、李芃锋（学号2216010119）、闫若曦（学号2216010117）。</w:t>
      </w:r>
    </w:p>
    <w:p>
      <w:pPr>
        <w:spacing w:before="160" w:after="80" w:lineRule="auto" w:line="360"/>
        <w:jc w:val="left"/>
      </w:pPr>
      <w:r>
        <w:rPr>
          <w:rFonts w:ascii="Times New Roman" w:hAnsi="Times New Roman" w:eastAsia="宋体"/>
          <w:b/>
          <w:sz w:val="28"/>
        </w:rPr>
        <w:t>四、候补推免名单（18人）</w:t>
      </w:r>
    </w:p>
    <w:p>
      <w:pPr>
        <w:spacing w:after="80" w:lineRule="auto" w:line="360"/>
        <w:ind w:firstLine="482"/>
        <w:jc w:val="both"/>
      </w:pPr>
      <w:r>
        <w:rPr>
          <w:rFonts w:ascii="Times New Roman" w:hAnsi="Times New Roman" w:eastAsia="宋体"/>
          <w:b w:val="0"/>
          <w:sz w:val="24"/>
        </w:rPr>
        <w:t>1. 交通设备与控制工程专业（3人）：王玥瑶（学号2216030119）、许博（学号2216030218）、李国权（学号2216030222）。</w:t>
      </w:r>
    </w:p>
    <w:p>
      <w:pPr>
        <w:spacing w:after="80" w:lineRule="auto" w:line="360"/>
        <w:ind w:firstLine="482"/>
        <w:jc w:val="both"/>
      </w:pPr>
      <w:r>
        <w:rPr>
          <w:rFonts w:ascii="Times New Roman" w:hAnsi="Times New Roman" w:eastAsia="宋体"/>
          <w:b w:val="0"/>
          <w:sz w:val="24"/>
        </w:rPr>
        <w:t>2. 车辆工程专业（10人）：张武（学号2216040609）、周琪元（学号2216040603）、王雷（学号2216040205）、董长鑫（学号2216040222）、郭昱帆（学号2216040627）、吕雨凡（学号2216040528）、金天洋（学号2216040213）、吴祉静（学号2216010207）、董健行（学号2118040214）、陆昕钰（学号2118040204）。</w:t>
      </w:r>
    </w:p>
    <w:p>
      <w:pPr>
        <w:spacing w:after="80" w:lineRule="auto" w:line="360"/>
        <w:ind w:firstLine="482"/>
        <w:jc w:val="both"/>
      </w:pPr>
      <w:r>
        <w:rPr>
          <w:rFonts w:ascii="Times New Roman" w:hAnsi="Times New Roman" w:eastAsia="宋体"/>
          <w:b w:val="0"/>
          <w:sz w:val="24"/>
        </w:rPr>
        <w:t>3. 测控技术与仪器+软件工程专业（3人）：刘文利（学号2118040218）、宋海明（学号2216010214）、邱乐涵（学号2216010222）。</w:t>
      </w:r>
    </w:p>
    <w:p>
      <w:pPr>
        <w:spacing w:after="80" w:lineRule="auto" w:line="360"/>
        <w:ind w:firstLine="482"/>
        <w:jc w:val="both"/>
      </w:pPr>
      <w:r>
        <w:rPr>
          <w:rFonts w:ascii="Times New Roman" w:hAnsi="Times New Roman" w:eastAsia="宋体"/>
          <w:b w:val="0"/>
          <w:sz w:val="24"/>
        </w:rPr>
        <w:t>4. 测控技术与仪器专业（2人）：孔梓茹（学号2216010101）。</w:t>
      </w:r>
    </w:p>
    <w:p>
      <w:pPr>
        <w:spacing w:before="160" w:after="80" w:lineRule="auto" w:line="360"/>
        <w:jc w:val="left"/>
      </w:pPr>
      <w:r>
        <w:rPr>
          <w:rFonts w:ascii="Times New Roman" w:hAnsi="Times New Roman" w:eastAsia="宋体"/>
          <w:b/>
          <w:sz w:val="28"/>
        </w:rPr>
        <w:t>五、加分情况说明</w:t>
      </w:r>
    </w:p>
    <w:p>
      <w:pPr>
        <w:spacing w:after="80" w:lineRule="auto" w:line="360"/>
        <w:ind w:firstLine="482"/>
        <w:jc w:val="both"/>
      </w:pPr>
      <w:r>
        <w:rPr>
          <w:rFonts w:ascii="Times New Roman" w:hAnsi="Times New Roman" w:eastAsia="宋体"/>
          <w:b w:val="0"/>
          <w:sz w:val="24"/>
        </w:rPr>
        <w:t>1. 蒋磊：2024年全国高校商业精英挑战赛文旅与会展竞赛二等奖（1/5），加分0.54，审核部门为创新创业学院。</w:t>
      </w:r>
    </w:p>
    <w:p>
      <w:pPr>
        <w:spacing w:after="80" w:lineRule="auto" w:line="360"/>
        <w:ind w:firstLine="482"/>
        <w:jc w:val="both"/>
      </w:pPr>
      <w:r>
        <w:rPr>
          <w:rFonts w:ascii="Times New Roman" w:hAnsi="Times New Roman" w:eastAsia="宋体"/>
          <w:b w:val="0"/>
          <w:sz w:val="24"/>
        </w:rPr>
        <w:t>2. 李芃锋：第十五届蓝桥杯全国软件和信息技术专业人才国赛三等奖（1/1），加分0.27，审核部门为创新创业学院。</w:t>
      </w:r>
    </w:p>
    <w:p>
      <w:pPr>
        <w:spacing w:after="80" w:lineRule="auto" w:line="360"/>
        <w:ind w:firstLine="482"/>
        <w:jc w:val="both"/>
      </w:pPr>
      <w:r>
        <w:rPr>
          <w:rFonts w:ascii="Times New Roman" w:hAnsi="Times New Roman" w:eastAsia="宋体"/>
          <w:b w:val="0"/>
          <w:sz w:val="24"/>
        </w:rPr>
        <w:t>3. 赵宇：第十六届“高教杯”全国大学生先进成图技术与产品信息建模创新大赛先进成图技术赛道一等奖（1/1），加分0.54；团体一等奖（3/10），加分0.27，审核部门均为创新创业学院。</w:t>
      </w:r>
    </w:p>
    <w:p>
      <w:pPr>
        <w:spacing w:after="80" w:lineRule="auto" w:line="360"/>
        <w:ind w:firstLine="482"/>
        <w:jc w:val="both"/>
      </w:pPr>
      <w:r>
        <w:rPr>
          <w:rFonts w:ascii="Times New Roman" w:hAnsi="Times New Roman" w:eastAsia="宋体"/>
          <w:b w:val="0"/>
          <w:sz w:val="24"/>
        </w:rPr>
        <w:t>4. 吕雨凡：第十七届高教杯全国大学生先进成图技术与产品信息建模创新大赛先进成图技术赛道二等奖（1/1），加分0.27，审核部门为创新创业学院。</w:t>
      </w:r>
    </w:p>
    <w:p>
      <w:pPr>
        <w:spacing w:after="80" w:lineRule="auto" w:line="360"/>
        <w:ind w:firstLine="482"/>
        <w:jc w:val="both"/>
      </w:pPr>
      <w:r>
        <w:rPr>
          <w:rFonts w:ascii="Times New Roman" w:hAnsi="Times New Roman" w:eastAsia="宋体"/>
          <w:b w:val="0"/>
          <w:sz w:val="24"/>
        </w:rPr>
        <w:t>5. 张宇轩：2025年全国高校商业精英挑战赛品牌策划竞赛暨（新加坡）全球品牌策划大赛二等奖（3/5），加分0.135；2024年全国高校商业精英挑战赛文旅与会展竞赛三等奖（1/4），加分0.27，审核部门均为创新创业学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