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学院代码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河南农业大学2026年推荐免试研究生（含直博生）招生专业目录，按学院代码及名称、专业代码及名称、研究方向、学习形式、拟接收推免生人数、拟接收直博生人数、联系人及电话整理如下。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一、农学院（001）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作物学（090100，学术学位），全日制，拟接收推免生15人。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研究方向：01作物栽培学与耕作学；02作物遗传育种。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二、林学院（002）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林学（090700，学术学位），全日制，拟接收推免生5人。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研究方向：01林木生物技术；02林木遗传育种；03森林培育；04森林经理学；05经济林。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生态学（071300，学术学位），全日制，拟接收推免生2人。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研究方向：01植被恢复理论与技术；02森林生态系统结构与功能；03逆境生态与生态调控；04污染生态与生态修复；05湿地保育与功能评价。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林业（095400，专业学位），全日制，拟接收推免生5人，研究方向：00不区分研究方向。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联系人及电话：周阳 0371-68555280。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三、动物医学院（003）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兽医学（090600，学术学位），全日制，拟接收推免生8人。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研究方向：01基础兽医学；02预防兽医学；03临床兽医学；04人兽共患病学；05兽医生物技术。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兽医（095200，专业学位），全日制，拟接收推免生5人，研究方向：00不区分研究方向。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联系人及电话：冯一俭 0371-56990188。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四、机电工程学院（004）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农业工程（082800，学术学位），全日制，拟接收推免生2人。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研究方向：01农业机械化与装备工程；02农业生物环境与能源工程；03农业水土工程；04农业电气化与信息化工程；05农产品物流技术与系统工程。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电子信息（085400，专业学位），全日制，拟接收推免生1人，研究方向：00不区分研究方向。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机械（085500，专业学位），全日制，拟接收推免生2人，研究方向：00不区分研究方向。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能源动力（085800，专业学位），全日制，拟接收推免生1人，研究方向：00不区分研究方向。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交通运输（086100，专业学位），全日制，拟接收推免生2人，研究方向：00不区分研究方向。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联系人及电话：袁亚平 0371-56990017。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五、经济与管理学院（005）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农林经济管理（120300，学术学位），全日制，拟接收推免生2人。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研究方向：01农业经济与管理；02农村与区域发展；03农业资源与环境经济。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农村发展（095138，专业学位），全日制，拟接收推免生5人，研究方向：00不区分研究方向。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会计（125300，专业学位），全日制，拟接收推免生2人，研究方向：00不区分研究方向。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联系人及电话：马晓然 0371-63558046。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六、植物保护学院（006）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植物保护（090400，学术学位），全日制，拟接收推免生4人。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研究方向：01植物病理学；02农业昆虫与害虫防治；03农药学；04生物安全与植物资源保护。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资源利用与植物保护（095132，专业学位），全日制，拟接收推免生1人，研究方向：00植物保护。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联系人及电话：孙炳剑 0371-56552793。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七、信息与管理科学学院（007）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管理科学与工程（120100，学术学位），全日制，拟接收推免生3人。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研究方向：01不确定性决策理论与方法；02创新管理；03物流与供应链管理；04战略管理与可持续发展。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计算机科学与技术（081200，学术学位），全日制，拟接收推免生4人。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研究方向：01计算机软件与理论；02计算机网络与信息安全；03计算机应用技术。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联系人及电话：许娜娜 0371-56552762。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八、生命科学学院（008）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微生物学（071005，学术学位），全日制，拟接收推免生1人。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研究方向：01微生物酶工程；02环境微生物学；03能源微生物学；04食用与药用真菌学。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联系人及电话：郑真真 0371-68555260。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九、食品科学技术学院（009）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食品科学与工程（083200，学术学位），全日制，拟接收推免生2人。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研究方向：01食品科学；02畜产品加工；03粮食、油脂与植物蛋白工程；04农产品加工及贮藏工程；05食品安全。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食品与营养（095500，专业学位），全日制，拟接收推免生2人，研究方向：00不区分研究方向。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联系人及电话：李道广 0371-63558150。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十、资源与环境学院（010）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农业资源与环境（090300，学术学位），全日制，拟接收推免生2人，研究方向：00不区分研究方向。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资源利用与植物保护（095132，专业学位），全日制，拟接收推免生5人，研究方向：00资源利用。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农村发展（095138，专业学位），全日制，拟接收推免生2人，研究方向：00不区分研究方向。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公共管理学（120400，学术学位），全日制，拟接收推免生2人。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研究方向：01土地资源管理；02数字公共治理。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联系人及电话：王巧艳 0371-68555200。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十一、马克思主义学院（011）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马克思主义理论（030500，学术学位），全日制，拟接收推免生1人。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研究方向：01马克思主义基本原理；02马克思主义中国化研究；03思想政治教育；04中国近现代史基本问题研究。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联系人及电话：李渊 0371-56990291。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十二、外国语学院（013）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英语笔译（055101，专业学位），全日制，拟接收推免生2人，研究方向：00不区分研究方向。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联系人及电话：马孝幸 0371-56990309。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十三、烟草学院（018）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烟草学（0901Z1，学术学位），全日制，拟接收推免生5人。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研究方向：01烟草栽培生理生化；02烟草品质遗传改良；03烟草调制与加工；04烟草品质生态与质量评价；05烟草生物技术。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烟草科学与工程（0832Z1，学术学位），全日制，拟接收推免生4人。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研究方向：01烟草化学与调香工程；02烟草减害降焦技术；03烟草生物发酵工程；04卷烟产品设计与质量评价；05烟草加工技术。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食品工程（086003，专业学位），全日制，拟接收推免生2人，研究方向：00烟草工程。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农艺与种业（095131，专业学位），全日制，拟接收推免生2人，研究方向：00烟草科学。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联系人及电话：张嫚嫚 0371-68555219。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十四、园艺学院（019）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园艺学（090200，学术学位），全日制，拟接收推免生3人，拟接收直博生4人。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研究方向：01果树学；02蔬菜学；03观赏园艺学；04茶学；05设施园艺学。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联系人及电话：张艳侠 0371-56990030。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十五、文法学院（021）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法律（非法学）（035101，专业学位），全日制，拟接收推免生1人，研究方向：00不区分研究方向。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法律（法学）（035102，专业学位），全日制，拟接收推免生1人，研究方向：00不区分研究方向。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社会工作（035200，专业学位），全日制，拟接收推免生1人，研究方向：00不区分研究方向。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国际中文教育（045300，专业学位），全日制，拟接收推免生1人，研究方向：00不区分研究方向。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联系人及电话：谢娅婷 0371-56990082。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十六、风景园林与艺术学院（022）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风景园林（086200，专业学位），全日制，拟接收推免生5人。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城乡规划学（083300，学术学位），全日制，拟接收推免生3人。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研究方向：01区域发展与国土空间规划；02城市设计及理论；03城乡历史与遗产保护；04城乡规划技术与管理。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风景园林研究方向：01规划与设计；02风景园林植物。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联系人及电话：石力匀 0371-63555188。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十七、动物科技学院（023）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畜牧学（090500，学术学位），全日制，拟接收推免生5人。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研究方向：01动物遗传育种与繁殖；02动物营养与饲料科学；03经济动物资源与利用；04动物生产与环境工程；05水产动物健康养殖；06饲草资源开发利用。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畜牧（095133，专业学位），全日制，拟接收推免生5人，研究方向：00不区分研究方向。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渔业发展（095134，专业学位），全日制，拟接收推免生2人，研究方向：00不区分研究方向。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联系人及电话：高保剑 0371-56990163。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十八、招生专业目录总表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拟接收推免生人数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拟接收直博生人数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联系人及电话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 农学院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090100 作物学（学术学位）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01作物栽培学与耕作学；02作物遗传育种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林学院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090700 林学（学术学位）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01林木生物技术；02林木遗传育种；03森林培育；04森林经理学；05经济林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周阳 0371-68555280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林学院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01植被恢复理论与技术；02森林生态系统结构与功能；03逆境生态与生态调控；04污染生态与生态修复；05湿地保育与功能评价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周阳 0371-68555280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林学院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095400 林业（专业学位）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周阳 0371-68555280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 动物医学院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090600 兽医学（学术学位）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01基础兽医学；02预防兽医学；03临床兽医学；04人兽共患病学；05兽医生物技术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冯一俭 0371-56990188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 动物医学院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 兽医（专业学位）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冯一俭 0371-56990188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 机电工程学院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082800 农业工程（学术学位）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01农业机械化与装备工程；02农业生物环境与能源工程；03农业水土工程；04农业电气化与信息化工程；05农产品物流技术与系统工程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袁亚平 0371-56990017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 机电工程学院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袁亚平 0371-56990017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 机电工程学院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 机械（专业学位）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袁亚平 0371-56990017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 机电工程学院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袁亚平 0371-56990017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 机电工程学院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 交通运输（专业学位）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袁亚平 0371-56990017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 经济与管理学院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120300 农林经济管理（学术学位）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01农业经济与管理；02农村与区域发展；03农业资源与环境经济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马晓然 0371-63558046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 经济与管理学院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095138 农村发展（专业学位）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马晓然 0371-63558046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 经济与管理学院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 会计（专业学位）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马晓然 0371-63558046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 植物保护学院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090400 植物保护（学术学位）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01植物病理学；02农业昆虫与害虫防治；03农药学；04生物安全与植物资源保护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孙炳剑 0371-56552793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 植物保护学院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095132 资源利用与植物保护（专业学位）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00植物保护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孙炳剑 0371-56552793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 信息与管理科学学院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 管理科学与工程（学术学位）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01不确定性决策理论与方法；02创新管理；03物流与供应链管理；04战略管理与可持续发展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许娜娜 0371-56552762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 信息与管理科学学院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01计算机软件与理论；02计算机网络与信息安全；03计算机应用技术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许娜娜 0371-56552762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 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071005 微生物学（学术学位）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01微生物酶工程；02环境微生物学；03能源微生物学；04食用与药用真菌学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郑真真 0371-68555260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 食品科学技术学院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083200 食品科学与工程（学术学位）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01食品科学；02畜产品加工；03粮食、油脂与植物蛋白工程；04农产品加工及贮藏工程；05食品安全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李道广 0371-63558150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 食品科学技术学院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095500 食品与营养（专业学位）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李道广 0371-63558150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资源与环境学院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090300 农业资源与环境（学术学位）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王巧艳 0371-68555200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资源与环境学院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095132 资源利用与植物保护（专业学位）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00资源利用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王巧艳 0371-68555200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资源与环境学院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095138 农村发展（专业学位）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王巧艳 0371-68555200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资源与环境学院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01土地资源管理；02数字公共治理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王巧艳 0371-68555200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 马克思主义学院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01马克思主义基本原理；02马克思主义中国化研究；03思想政治教育；04中国近现代史基本问题研究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李渊 0371-56990291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 外国语学院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马孝幸 0371-56990309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 烟草学院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0901Z1 烟草学（学术学位）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01烟草栽培生理生化；02烟草品质遗传改良；03烟草调制与加工；04烟草品质生态与质量评价；05烟草生物技术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张嫚嫚 0371-68555219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 烟草学院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0832Z1 烟草科学与工程（学术学位）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01烟草化学与调香工程；02烟草减害降焦技术；03烟草生物发酵工程；04卷烟产品设计与质量评价；05烟草加工技术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张嫚嫚 0371-68555219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 烟草学院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086003 食品工程（专业学位）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00烟草工程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张嫚嫚 0371-68555219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 烟草学院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095131 农艺与种业（专业学位）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00烟草科学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张嫚嫚 0371-68555219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 园艺学院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090200 园艺学（学术学位）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01果树学；02蔬菜学；03观赏园艺学；04茶学；05设施园艺学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张艳侠 0371-56990030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 文法学院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 法律（非法学）（专业学位）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谢娅婷 0371-56990082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 文法学院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谢娅婷 0371-56990082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 文法学院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社会工作（专业学位）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