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电子科技大学信息与通信工程学院2026届推免生拟推荐名单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电子科技大学信息与通信工程学院2026届推免生拟推荐名单，原文未标注发布日期。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总计X人（原文未标注具体总人数）。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分专业明细：电子信息工程X人、通信工程X人、信息对抗技术X人（原文未标注各专业具体人数）。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电子信息工程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通信工程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信息对抗技术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共3个专业。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原文未标注排名方式及评分依据。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原文未标注公示期及异议反馈渠道。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原文未标注递补名单、考核通过/未通过人数等信息。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