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武汉大学社会学院2025年优秀大学生线上夏令营参营名单公示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一、最新阅读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发布日期：2026年4月15日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2026-04-15 “中国农村养老研究工作坊”在我院顺利召开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2026-03-31 社会学院党委召开2025年度党支部书记述职评议考核会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2026-03-19 陈昫副教授就“AI数字人”诈骗老人问题接受媒体采访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2026-01-05 群学榜样丨我院邓汉清同学荣获第十届全国大学生“发现传统村落”调研大赛一等奖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2025-12-27 湖北省社会治理创新与社会工作高质量发展座谈会召开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二、网站访问量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网站总访问量 次；单日访问量 次。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