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内蒙古科技大学能源与环境学院推荐2026届优秀应届本科毕业生免试攻读硕士学位研究生资格计分排序公示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本公示为内蒙古科技大学能源与环境学院推荐2026届优秀应届本科毕业生免试攻读硕士学位研究生资格计分排序结果。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具体计分排序详情见附件文件“计分排序.pdf”。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公示期为发布日期起，请相关师生查阅附件并核对信息。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如有异议，请按学院规定程序反馈。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学院地址：内蒙古包头市阿尔丁大街7号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邮政编码：014010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学院官网：https://see.imust.edu.cn/info/1173/4201.htm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