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​【夏令营】新材料学院2026年全国优秀大学生夏令营增补名单公布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一、夏令营增补名单信息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新材料学院2026年全国优秀大学生夏令营增补名单公布：因发布入选营员中有学生退出，故进行递补，递补名单见附图。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新材料学院2026年全国优秀大学生夏令营第二次增补名单公布。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新材料学院2026年全国优秀大学生夏令营名单公布。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[图片：新材料学院2026年全国优秀大学生夏令营增补名单]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二、推荐文章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2026-07-05 砺材成器 笃志强国 | 北京大学材料学院2026年毕业典礼隆重举行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2026-07-04 邹如强院长在北京大学材料学院2026届毕业典礼上的致辞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2026-07-03 《中国科学报》徐亚东专访 | “从投稿到发表都很顺利”！他回国不到一年收获重磅成果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2026-06-30 新材料学院师生参加深圳研究生院2026年毕业典礼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2026-06-25 喜报 | National Materials《国家材料科学（英文）》获2026年度中关村国家自主创新示范区提升国际化发展水平项目资助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官方公众号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