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推免申请ID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本名单为推免复试名单，共收录 148 人，按复试专业分组如下。名单仅含推免申请ID、姓名、复试专业名称三项信息，未公布排名或评分方式，亦未注明公示期。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一、地球化学（16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推免申请ID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复试专业名称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SQ202504451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地球化学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SQ202513154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余力涵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地球化学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SQ202516877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汪萱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地球化学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SQ202506837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颜铭霞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地球化学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SQ202519100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唐茂焱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地球化学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SQ202521752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赵艺霞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地球化学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SQ202515065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陈舟倩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地球化学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SQ202502867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杨怡宁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地球化学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SQ202516238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地球化学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SQ202505034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洪奕淼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地球化学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SQ202508315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林永棚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地球化学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SQ202515498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李鑫轩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地球化学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SQ202524623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朱榕添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地球化学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SQ202518162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郑旭阳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地球化学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SQ202529675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缪娇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地球化学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SQ202520913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骆阳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地球化学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二、地质学（材料及环境矿物学）（6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推免申请ID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复试专业名称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SQ202505861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朱威澔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地质学（材料及环境矿物学）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SQ202511986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王钟晗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地质学（材料及环境矿物学）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SQ202503686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严顺弘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地质学（材料及环境矿物学）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SQ202507435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熊天航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地质学（材料及环境矿物学）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SQ202506955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于子惠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地质学（材料及环境矿物学）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SQ202525363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郭晋成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地质学（材料及环境矿物学）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三、地质学（石油地质学）（23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推免申请ID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复试专业名称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SQ202519562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刘亦飞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地质学（石油地质学）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SQ202519289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史耀阳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地质学（石油地质学）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SQ202525880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侯昕池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地质学（石油地质学）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SQ202527471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地质学（石油地质学）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SQ202507048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陈静文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地质学（石油地质学）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SQ202514276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徐前伟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地质学（石油地质学）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SQ202525731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杜宇舒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地质学（石油地质学）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SQ202504462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王奕涵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地质学（石油地质学）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SQ202516703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刘天阳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地质学（石油地质学）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SQ202521539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曹亚琦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地质学（石油地质学）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SQ202505497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赵健祺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地质学（石油地质学）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SQ202518243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李健豪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地质学（石油地质学）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SQ202521426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赵艺霞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地质学（石油地质学）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SQ202508770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杜璐宇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地质学（石油地质学）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SQ202521682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李秀澍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地质学（石油地质学）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SQ202519346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地质学（石油地质学）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SQ202528881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王佳睿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地质学（石油地质学）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SQ202504814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李彦妮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地质学（石油地质学）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四、构造地质学（16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推免申请ID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复试专业名称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SQ202512745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胡嘉伟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构造地质学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SQ202511635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构造地质学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SQ202513848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鲁祚汀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构造地质学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SQ202527757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刘与真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构造地质学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SQ202507202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归茗洁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构造地质学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SQ202519694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刘静淳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构造地质学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SQ202509996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王力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构造地质学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SQ202523782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黄一召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构造地质学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SQ202507126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陈浩鑫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构造地质学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SQ202512806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张富嘉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构造地质学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SQ202523199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构造地质学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SQ202521804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许玟昊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构造地质学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SQ202521561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周世兵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构造地质学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SQ202518405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王韶豪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构造地质学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SQ202519279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关淇文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构造地质学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SQ202503633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刘奕焘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构造地质学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五、古生物学与地层学（11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推免申请ID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复试专业名称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SQ202524826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李佳静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古生物学与地层学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SQ202521610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程博航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古生物学与地层学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SQ202503542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姜程文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古生物学与地层学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SQ202510691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熊信辉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古生物学与地层学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SQ202518498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古生物学与地层学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SQ202513928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夏如雪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古生物学与地层学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SQ202513066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陶子涵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古生物学与地层学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SQ202514438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潘昕蕾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古生物学与地层学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SQ202517576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何可人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古生物学与地层学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SQ202502105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洪俊驰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古生物学与地层学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SQ202511455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刘永越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古生物学与地层学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六、固体地球物理学（21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推免申请ID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复试专业名称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SQ202518283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宁熠潇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固体地球物理学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SQ202517981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张笑宇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固体地球物理学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SQ202522959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郭若冰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固体地球物理学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SQ202524879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罗浩宇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固体地球物理学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SQ202509389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邵俊霖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固体地球物理学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SQ202514183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王泰然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固体地球物理学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SQ202525795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盛文哲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固体地球物理学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SQ202516101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固体地球物理学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SQ202507261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凌怀智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固体地球物理学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SQ202520639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郑盛国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固体地球物理学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SQ202527698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魏书斌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固体地球物理学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SQ202522869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董杨阳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固体地球物理学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SQ202521102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丁竑良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固体地球物理学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SQ202519915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王艺举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固体地球物理学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SQ202511301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孟子安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固体地球物理学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SQ202512356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胡嘉宸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固体地球物理学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SQ202517385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温韬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固体地球物理学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SQ202511704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郭锦文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固体地球物理学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SQ202524048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彭哲樊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固体地球物理学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SQ202516691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张瑞蒙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固体地球物理学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七、空间物理学（19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推免申请ID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复试专业名称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SQ202523293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黄锐琳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空间物理学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SQ202515705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李欣宸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空间物理学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SQ202520233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空间物理学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SQ202523030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陈相宇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空间物理学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SQ202518439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陈奕阳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空间物理学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SQ202511784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靳烨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空间物理学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SQ202520076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赵梓赫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空间物理学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SQ202525598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王其钲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空间物理学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SQ202521241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欧阳宇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空间物理学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SQ202517615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黄子扬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空间物理学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SQ202520169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汤宜之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空间物理学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SQ202522469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杨睿来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空间物理学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SQ202504576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徐钰靖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空间物理学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SQ202507508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林轶能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空间物理学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SQ202514163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黄韵雪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空间物理学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SQ202519093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徐湘景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空间物理学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SQ202518072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张苇杭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空间物理学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SQ202502694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张天昊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空间物理学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SQ202511720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李屹峰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空间物理学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SQ202517495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余文杰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空间物理学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八、矿物学、岩石学、矿床学（12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推免申请ID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复试专业名称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SQ202527702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钟盈盈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矿物学、岩石学、矿床学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SQ202506263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矿物学、岩石学、矿床学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SQ202516283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刘振华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矿物学、岩石学、矿床学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SQ202506171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龚德平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矿物学、岩石学、矿床学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SQ202528668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郑博文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矿物学、岩石学、矿床学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SQ202502123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何睿昊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矿物学、岩石学、矿床学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SQ202518154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王崇鉴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矿物学、岩石学、矿床学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SQ202518218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矿物学、岩石学、矿床学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SQ202512035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矿物学、岩石学、矿床学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SQ202503966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邱国强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矿物学、岩石学、矿床学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SQ202509495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陶子涵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矿物学、岩石学、矿床学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SQ202506980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矿物学、岩石学、矿床学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九、遥感科学与技术-定量与智能遥感（13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推免申请ID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复试专业名称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SQ202508213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张煜晗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遥感科学与技术-定量与智能遥感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SQ202523512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王广蕙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遥感科学与技术-定量与智能遥感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SQ202528892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贾书驰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遥感科学与技术-定量与智能遥感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SQ202516521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周锦翔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遥感科学与技术-定量与智能遥感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SQ202524290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刘祉延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遥感科学与技术-定量与智能遥感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SQ202523751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范闽荣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遥感科学与技术-定量与智能遥感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SQ202529587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叶玮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遥感科学与技术-定量与智能遥感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SQ202505230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遥感科学与技术-定量与智能遥感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SQ202509867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郝梦晨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遥感科学与技术-定量与智能遥感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SQ202530415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王宇桐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遥感科学与技术-定量与智能遥感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SQ202507774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李预胜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遥感科学与技术-定量与智能遥感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SQ202509025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方天乐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遥感科学与技术-定量与智能遥感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SQ202512054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吴振川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遥感科学与技术-定量与智能遥感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十、遥感科学与技术-时空大数据（14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推免申请ID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复试专业名称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SQ202504918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郭晋轩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遥感科学与技术-时空大数据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SQ202511750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王小宇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遥感科学与技术-时空大数据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SQ202514909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袁怡康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遥感科学与技术-时空大数据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SQ202520611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赵佶昊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遥感科学与技术-时空大数据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SQ202517148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李雨晴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遥感科学与技术-时空大数据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SQ202528686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张鸿铠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遥感科学与技术-时空大数据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SQ202520517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李君迟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遥感科学与技术-时空大数据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SQ202520204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何怡霖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遥感科学与技术-时空大数据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SQ202504305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应乔伊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遥感科学与技术-时空大数据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SQ202504872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白宇丹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遥感科学与技术-时空大数据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SQ202504505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遥感科学与技术-时空大数据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SQ202508535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胡潇洋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遥感科学与技术-时空大数据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SQ202508010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兰思辰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遥感科学与技术-时空大数据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SQ202523777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徐艺轩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遥感科学与技术-时空大数据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SQ202526749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张峰赫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遥感科学与技术-时空大数据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SQ202513700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余思洋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遥感科学与技术-时空大数据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SQ202515604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宿新元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遥感科学与技术-时空大数据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