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资源与环境科学学院2025年优秀大学生夏令营入围营员名单公示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根据《关于举办武汉大学资源与环境科学学院2025年优秀大学生夏令营活动的通知》，经学院研究生招生工作领导小组审核，确定2025年优秀大学生夏令营营员名单，现予以公示（名单见附件）。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发布日期：2025年6月30日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一、确认要求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已被选拔入营的营员需在入围营员名单公布之日起3日内通过“夏令营报名系统”确认是否参加。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需确认加入QQ群：734716167。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逾期未确认视为放弃参营资格。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武汉大学资源与环境科学学院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2025年6月30日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