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国际翻译学院2026届本科毕业生免试攻读研究生拟推荐名单（含候补）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国际翻译学院2026届本科毕业生免试攻读研究生拟推荐名单（含候补）现予公示。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一、拟推荐名单（含候补）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阿拉伯语专业：推荐排序1至3，分别为周沛祺（22315115）、排孜丽耶·艾力（22315122）、阿罗石罗（22315001）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朝鲜语专业：推荐排序1至3，分别为朱正正（22315120）、姚炜燊（22315101）、洪琪雅（22315031）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俄语专业：推荐排序1至4，分别为庞洁怡（22315067）、谢湘秀（22315087）、张昱琳（22315110）、李弈朗（22315045）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西班牙语专业：推荐排序1至4，分别为林俊妍（22315047）、许璐洁（22315091）、陈沛霖（22315010）、刘韵晴（22315059）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英语（国际翻译学院丝路班）专业：推荐排序1至12，分别为黄静雯（22315036）、朱宠月（22315119）、朱隽贤（21312229）、周子楠（22315118）、关梓蓝（22315026）、何嘉颖（22315027）、刘军（22315051）、刘采焱（22315049）、刘茜（22315052）、罗韵琳（22315064）、陶诗婷（22315076）、张艺（22315108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英语（国际翻译学院丝路班）专业候补名单：候补1至3，分别为张思婷（22315104）、刘亦非（22315058）、李凯钧（22315043）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本名单为国际翻译学院2026届本科毕业生免试攻读研究生拟推荐名单，含候补人员。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名单按专业及推荐排序排列，各专业推荐人数及候补人数以实际公示为准。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本通知为拟推荐名单公示，具体推免资格以学校最终审核结果为准。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