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浙江财经大学学生科技竞赛管理办法</w:t>
      </w:r>
    </w:p>
    <w:p>
      <w:pPr>
        <w:spacing w:after="80" w:lineRule="auto" w:line="360"/>
        <w:ind w:firstLine="482"/>
        <w:jc w:val="both"/>
      </w:pPr>
      <w:r>
        <w:rPr>
          <w:rFonts w:ascii="Times New Roman" w:hAnsi="Times New Roman" w:eastAsia="宋体"/>
          <w:b w:val="0"/>
          <w:sz w:val="24"/>
        </w:rPr>
        <w:t>浙江财经大学学生科技竞赛管理办法</w:t>
      </w:r>
    </w:p>
    <w:p>
      <w:pPr>
        <w:spacing w:after="80" w:lineRule="auto" w:line="360"/>
        <w:ind w:firstLine="482"/>
        <w:jc w:val="both"/>
      </w:pPr>
      <w:r>
        <w:rPr>
          <w:rFonts w:ascii="Times New Roman" w:hAnsi="Times New Roman" w:eastAsia="宋体"/>
          <w:b w:val="0"/>
          <w:sz w:val="24"/>
        </w:rPr>
        <w:t>发布日期（推定）：2026年1月27日</w:t>
      </w:r>
    </w:p>
    <w:p>
      <w:pPr>
        <w:spacing w:before="160" w:after="80" w:lineRule="auto" w:line="360"/>
        <w:jc w:val="left"/>
      </w:pPr>
      <w:r>
        <w:rPr>
          <w:rFonts w:ascii="Times New Roman" w:hAnsi="Times New Roman" w:eastAsia="宋体"/>
          <w:b/>
          <w:sz w:val="28"/>
        </w:rPr>
        <w:t>八、总则</w:t>
      </w:r>
    </w:p>
    <w:p>
      <w:pPr>
        <w:spacing w:after="80" w:lineRule="auto" w:line="360"/>
        <w:ind w:firstLine="482"/>
        <w:jc w:val="both"/>
      </w:pPr>
      <w:r>
        <w:rPr>
          <w:rFonts w:ascii="Times New Roman" w:hAnsi="Times New Roman" w:eastAsia="宋体"/>
          <w:b w:val="0"/>
          <w:sz w:val="24"/>
        </w:rPr>
        <w:t>1. 为增强学生的创新意识和实践能力，落实“新财经战略”之“大学生学科竞赛大奖攀登计划”，鼓励全校师生积极参加各级各类竞赛，把参与高水平学科竞赛作为培养学生创新思维和创新能力、锻造学生沟通能力和协作能力的重要路径，进一步提升我校竞赛活动组织管理工作制度化、规范化、科学化水平，结合我校实际，特制定本办法。</w:t>
      </w:r>
    </w:p>
    <w:p>
      <w:pPr>
        <w:spacing w:after="80" w:lineRule="auto" w:line="360"/>
        <w:ind w:firstLine="482"/>
        <w:jc w:val="both"/>
      </w:pPr>
      <w:r>
        <w:rPr>
          <w:rFonts w:ascii="Times New Roman" w:hAnsi="Times New Roman" w:eastAsia="宋体"/>
          <w:b w:val="0"/>
          <w:sz w:val="24"/>
        </w:rPr>
        <w:t>2. 科技竞赛是实践育人的重要组成部分，对大学生创新思维训练、创新能力培养和综合素质提升有着显著作用，是学校推动教育教学改革，培养高素质应用型、复合型、创新创业型人才，增强就业创业竞争力，促进产教融合的有效途径。学校构建国家级、省级、校级三级和A、B、C三类的科技竞赛管理体系，积极完善大学生科技竞赛项目运行模式，重点支持影响大、覆盖面广以及培养学生创新能力的竞赛项目。</w:t>
      </w:r>
    </w:p>
    <w:p>
      <w:pPr>
        <w:spacing w:before="160" w:after="80" w:lineRule="auto" w:line="360"/>
        <w:jc w:val="left"/>
      </w:pPr>
      <w:r>
        <w:rPr>
          <w:rFonts w:ascii="Times New Roman" w:hAnsi="Times New Roman" w:eastAsia="宋体"/>
          <w:b/>
          <w:sz w:val="28"/>
        </w:rPr>
        <w:t>九、组织机构</w:t>
      </w:r>
    </w:p>
    <w:p>
      <w:pPr>
        <w:spacing w:after="80" w:lineRule="auto" w:line="360"/>
        <w:ind w:firstLine="482"/>
        <w:jc w:val="both"/>
      </w:pPr>
      <w:r>
        <w:rPr>
          <w:rFonts w:ascii="Times New Roman" w:hAnsi="Times New Roman" w:eastAsia="宋体"/>
          <w:b w:val="0"/>
          <w:sz w:val="24"/>
        </w:rPr>
        <w:t>1. 科技竞赛工作在浙江财经大学大学生竞赛委员会领导下进行，委员会主任由校长担任，分管教学、学生工作的校领导担任副主任，成员由相关部门负责人、教学副院长及教师代表构成，办公室设在教务处。根据赛事性质，本科生学科竞赛由教务处负责管理，研究生系列竞赛由研究生院负责管理，创新创业类竞赛由创业学院负责管理，“挑战杯”系列竞赛由校团委负责管理，职业规划类竞赛由学生处负责管理。</w:t>
      </w:r>
    </w:p>
    <w:p>
      <w:pPr>
        <w:spacing w:after="80" w:lineRule="auto" w:line="360"/>
        <w:ind w:firstLine="482"/>
        <w:jc w:val="both"/>
      </w:pPr>
      <w:r>
        <w:rPr>
          <w:rFonts w:ascii="Times New Roman" w:hAnsi="Times New Roman" w:eastAsia="宋体"/>
          <w:b w:val="0"/>
          <w:sz w:val="24"/>
        </w:rPr>
        <w:t>2. 竞赛管理部门的主要职责是统筹协调全校竞赛工作，具体包括：</w:t>
      </w:r>
    </w:p>
    <w:p>
      <w:pPr>
        <w:spacing w:after="80" w:lineRule="auto" w:line="360"/>
        <w:ind w:firstLine="482"/>
        <w:jc w:val="both"/>
      </w:pPr>
      <w:r>
        <w:rPr>
          <w:rFonts w:ascii="Times New Roman" w:hAnsi="Times New Roman" w:eastAsia="宋体"/>
          <w:b w:val="0"/>
          <w:sz w:val="24"/>
        </w:rPr>
        <w:t>（一）负责审核各类大学生科技竞赛的实施方案（竞赛规程、竞赛规模和时间等）及赛事的协调安排工作；</w:t>
      </w:r>
    </w:p>
    <w:p>
      <w:pPr>
        <w:spacing w:after="80" w:lineRule="auto" w:line="360"/>
        <w:ind w:firstLine="482"/>
        <w:jc w:val="both"/>
      </w:pPr>
      <w:r>
        <w:rPr>
          <w:rFonts w:ascii="Times New Roman" w:hAnsi="Times New Roman" w:eastAsia="宋体"/>
          <w:b w:val="0"/>
          <w:sz w:val="24"/>
        </w:rPr>
        <w:t>（二）负责制定竞赛发展规划及各项制度；</w:t>
      </w:r>
    </w:p>
    <w:p>
      <w:pPr>
        <w:spacing w:after="80" w:lineRule="auto" w:line="360"/>
        <w:ind w:firstLine="482"/>
        <w:jc w:val="both"/>
      </w:pPr>
      <w:r>
        <w:rPr>
          <w:rFonts w:ascii="Times New Roman" w:hAnsi="Times New Roman" w:eastAsia="宋体"/>
          <w:b w:val="0"/>
          <w:sz w:val="24"/>
        </w:rPr>
        <w:t>（三）组织校内竞赛项目的申报与管理；</w:t>
      </w:r>
    </w:p>
    <w:p>
      <w:pPr>
        <w:spacing w:after="80" w:lineRule="auto" w:line="360"/>
        <w:ind w:firstLine="482"/>
        <w:jc w:val="both"/>
      </w:pPr>
      <w:r>
        <w:rPr>
          <w:rFonts w:ascii="Times New Roman" w:hAnsi="Times New Roman" w:eastAsia="宋体"/>
          <w:b w:val="0"/>
          <w:sz w:val="24"/>
        </w:rPr>
        <w:t>（四）协调竞赛承办单位与校内其他单位的相关工作；</w:t>
      </w:r>
    </w:p>
    <w:p>
      <w:pPr>
        <w:spacing w:after="80" w:lineRule="auto" w:line="360"/>
        <w:ind w:firstLine="482"/>
        <w:jc w:val="both"/>
      </w:pPr>
      <w:r>
        <w:rPr>
          <w:rFonts w:ascii="Times New Roman" w:hAnsi="Times New Roman" w:eastAsia="宋体"/>
          <w:b w:val="0"/>
          <w:sz w:val="24"/>
        </w:rPr>
        <w:t>（五）竞赛获奖奖励的核定；</w:t>
      </w:r>
    </w:p>
    <w:p>
      <w:pPr>
        <w:spacing w:after="80" w:lineRule="auto" w:line="360"/>
        <w:ind w:firstLine="482"/>
        <w:jc w:val="both"/>
      </w:pPr>
      <w:r>
        <w:rPr>
          <w:rFonts w:ascii="Times New Roman" w:hAnsi="Times New Roman" w:eastAsia="宋体"/>
          <w:b w:val="0"/>
          <w:sz w:val="24"/>
        </w:rPr>
        <w:t>（六）组织各竞赛项目年度工作验收、总结及交流等工作；</w:t>
      </w:r>
    </w:p>
    <w:p>
      <w:pPr>
        <w:spacing w:after="80" w:lineRule="auto" w:line="360"/>
        <w:ind w:firstLine="482"/>
        <w:jc w:val="both"/>
      </w:pPr>
      <w:r>
        <w:rPr>
          <w:rFonts w:ascii="Times New Roman" w:hAnsi="Times New Roman" w:eastAsia="宋体"/>
          <w:b w:val="0"/>
          <w:sz w:val="24"/>
        </w:rPr>
        <w:t>（七）与上级相关主管部门的沟通与协调。</w:t>
      </w:r>
    </w:p>
    <w:p>
      <w:pPr>
        <w:spacing w:after="80" w:lineRule="auto" w:line="360"/>
        <w:ind w:firstLine="482"/>
        <w:jc w:val="both"/>
      </w:pPr>
      <w:r>
        <w:rPr>
          <w:rFonts w:ascii="Times New Roman" w:hAnsi="Times New Roman" w:eastAsia="宋体"/>
          <w:b w:val="0"/>
          <w:sz w:val="24"/>
        </w:rPr>
        <w:t>3. 各学院成立学生竞赛工作领导小组，领导小组负责制定本学院竞赛的组织和管理制度，激励全校教师和学生积极参与竞赛，并由此推动教育教学改革和研究的深化；学院内各竞赛项目的协调与管理；为每个竞赛项目选定项目负责人。</w:t>
      </w:r>
    </w:p>
    <w:p>
      <w:pPr>
        <w:spacing w:after="80" w:lineRule="auto" w:line="360"/>
        <w:ind w:firstLine="482"/>
        <w:jc w:val="both"/>
      </w:pPr>
      <w:r>
        <w:rPr>
          <w:rFonts w:ascii="Times New Roman" w:hAnsi="Times New Roman" w:eastAsia="宋体"/>
          <w:b w:val="0"/>
          <w:sz w:val="24"/>
        </w:rPr>
        <w:t>4. 学科竞赛项目具体工作由项目负责人负责。主要工作包括：</w:t>
      </w:r>
    </w:p>
    <w:p>
      <w:pPr>
        <w:spacing w:after="80" w:lineRule="auto" w:line="360"/>
        <w:ind w:firstLine="482"/>
        <w:jc w:val="both"/>
      </w:pPr>
      <w:r>
        <w:rPr>
          <w:rFonts w:ascii="Times New Roman" w:hAnsi="Times New Roman" w:eastAsia="宋体"/>
          <w:b w:val="0"/>
          <w:sz w:val="24"/>
        </w:rPr>
        <w:t>（一）制定年度竞赛培训计划、组织方案（含经费预算方案），并根据竞赛办公室的批复意见组织实施；</w:t>
      </w:r>
    </w:p>
    <w:p>
      <w:pPr>
        <w:spacing w:after="80" w:lineRule="auto" w:line="360"/>
        <w:ind w:firstLine="482"/>
        <w:jc w:val="both"/>
      </w:pPr>
      <w:r>
        <w:rPr>
          <w:rFonts w:ascii="Times New Roman" w:hAnsi="Times New Roman" w:eastAsia="宋体"/>
          <w:b w:val="0"/>
          <w:sz w:val="24"/>
        </w:rPr>
        <w:t>（二）组织选拔参赛学生，并配备经验丰富的竞赛指导教师做好赛前训练辅导工作等；</w:t>
      </w:r>
    </w:p>
    <w:p>
      <w:pPr>
        <w:spacing w:after="80" w:lineRule="auto" w:line="360"/>
        <w:ind w:firstLine="482"/>
        <w:jc w:val="both"/>
      </w:pPr>
      <w:r>
        <w:rPr>
          <w:rFonts w:ascii="Times New Roman" w:hAnsi="Times New Roman" w:eastAsia="宋体"/>
          <w:b w:val="0"/>
          <w:sz w:val="24"/>
        </w:rPr>
        <w:t>（三）提供必需的物质、技术条件；</w:t>
      </w:r>
    </w:p>
    <w:p>
      <w:pPr>
        <w:spacing w:after="80" w:lineRule="auto" w:line="360"/>
        <w:ind w:firstLine="482"/>
        <w:jc w:val="both"/>
      </w:pPr>
      <w:r>
        <w:rPr>
          <w:rFonts w:ascii="Times New Roman" w:hAnsi="Times New Roman" w:eastAsia="宋体"/>
          <w:b w:val="0"/>
          <w:sz w:val="24"/>
        </w:rPr>
        <w:t>（四）负责竞赛期间的安全工作；</w:t>
      </w:r>
    </w:p>
    <w:p>
      <w:pPr>
        <w:spacing w:after="80" w:lineRule="auto" w:line="360"/>
        <w:ind w:firstLine="482"/>
        <w:jc w:val="both"/>
      </w:pPr>
      <w:r>
        <w:rPr>
          <w:rFonts w:ascii="Times New Roman" w:hAnsi="Times New Roman" w:eastAsia="宋体"/>
          <w:b w:val="0"/>
          <w:sz w:val="24"/>
        </w:rPr>
        <w:t>（五）竞赛结束后对竞赛进行经验总结和成果展示。</w:t>
      </w:r>
    </w:p>
    <w:p>
      <w:pPr>
        <w:spacing w:before="160" w:after="80" w:lineRule="auto" w:line="360"/>
        <w:jc w:val="left"/>
      </w:pPr>
      <w:r>
        <w:rPr>
          <w:rFonts w:ascii="Times New Roman" w:hAnsi="Times New Roman" w:eastAsia="宋体"/>
          <w:b/>
          <w:sz w:val="28"/>
        </w:rPr>
        <w:t>十、竞赛认定管理</w:t>
      </w:r>
    </w:p>
    <w:p>
      <w:pPr>
        <w:spacing w:after="80" w:lineRule="auto" w:line="360"/>
        <w:ind w:firstLine="482"/>
        <w:jc w:val="both"/>
      </w:pPr>
      <w:r>
        <w:rPr>
          <w:rFonts w:ascii="Times New Roman" w:hAnsi="Times New Roman" w:eastAsia="宋体"/>
          <w:b w:val="0"/>
          <w:sz w:val="24"/>
        </w:rPr>
        <w:t>1. 为规范学校对学生赛事的管理，提升学校竞赛成绩，学校对竞赛项目实行分级管理。按照举办范围，竞赛分为国家级、省级、校级三级竞赛。</w:t>
      </w:r>
    </w:p>
    <w:p>
      <w:pPr>
        <w:spacing w:after="80" w:lineRule="auto" w:line="360"/>
        <w:ind w:firstLine="482"/>
        <w:jc w:val="both"/>
      </w:pPr>
      <w:r>
        <w:rPr>
          <w:rFonts w:ascii="Times New Roman" w:hAnsi="Times New Roman" w:eastAsia="宋体"/>
          <w:b w:val="0"/>
          <w:sz w:val="24"/>
        </w:rPr>
        <w:t>2. 对各等级的本科生学科竞赛，学校按照参赛面、知名度、举办历史等，分为A类、B类和C类三类竞赛。</w:t>
      </w:r>
    </w:p>
    <w:p>
      <w:pPr>
        <w:spacing w:after="80" w:lineRule="auto" w:line="360"/>
        <w:ind w:firstLine="482"/>
        <w:jc w:val="both"/>
      </w:pPr>
      <w:r>
        <w:rPr>
          <w:rFonts w:ascii="Times New Roman" w:hAnsi="Times New Roman" w:eastAsia="宋体"/>
          <w:b w:val="0"/>
          <w:sz w:val="24"/>
        </w:rPr>
        <w:t>（一）A类竞赛：指纳入省教育厅普通本科高校评价体系考核的竞赛。具体赛事将根据省教育厅考核指标的变化做相应的变动。其中，在《全国普通高校大学生竞赛分析报告》竞赛目录之列，且与省A级赛事有承接关系的赛事项目，定级为国A；属于浙江省教育厅“浙江省大学生科技竞赛赛项名单”之列，以省内或区域（如华东地区）内在校本科生为参赛对象的赛事项目，定级为省A。</w:t>
      </w:r>
    </w:p>
    <w:p>
      <w:pPr>
        <w:spacing w:after="80" w:lineRule="auto" w:line="360"/>
        <w:ind w:firstLine="482"/>
        <w:jc w:val="both"/>
      </w:pPr>
      <w:r>
        <w:rPr>
          <w:rFonts w:ascii="Times New Roman" w:hAnsi="Times New Roman" w:eastAsia="宋体"/>
          <w:b w:val="0"/>
          <w:sz w:val="24"/>
        </w:rPr>
        <w:t>（二）B类竞赛：指列入全国学科竞赛排行榜的全国性赛事。具体赛事将根据中国高等教育学会所列竞赛项目的变化做相应的变动。在《全国普通高校大学生竞赛分析报告》竞赛目录之列，但与省A级赛事无承接关系的赛事项目，定级为国B；由省内厅级单位、省科协下属组织主办，但不在省教育厅赛项名单之列，定级为省B。</w:t>
      </w:r>
    </w:p>
    <w:p>
      <w:pPr>
        <w:spacing w:after="80" w:lineRule="auto" w:line="360"/>
        <w:ind w:firstLine="482"/>
        <w:jc w:val="both"/>
      </w:pPr>
      <w:r>
        <w:rPr>
          <w:rFonts w:ascii="Times New Roman" w:hAnsi="Times New Roman" w:eastAsia="宋体"/>
          <w:b w:val="0"/>
          <w:sz w:val="24"/>
        </w:rPr>
        <w:t>（三）C类竞赛：指由教指委、行业部门、社会团体、行业协会、企事业单位主办的有影响力且能够提高学生综合能力的全国性的竞赛。不在《全国普通高校大学生竞赛分析报告》竞赛目录之列的全国性赛事，定级为国C。对这类竞赛，各学院根据专业建设和教学的需要，有选择地参加。学校鼓励参加在行业内有一定影响力，奖项评比规范，行业内认同度高的竞赛。</w:t>
      </w:r>
    </w:p>
    <w:p>
      <w:pPr>
        <w:spacing w:after="80" w:lineRule="auto" w:line="360"/>
        <w:ind w:firstLine="482"/>
        <w:jc w:val="both"/>
      </w:pPr>
      <w:r>
        <w:rPr>
          <w:rFonts w:ascii="Times New Roman" w:hAnsi="Times New Roman" w:eastAsia="宋体"/>
          <w:b w:val="0"/>
          <w:sz w:val="24"/>
        </w:rPr>
        <w:t>（四）由国际知名学术机构主办的、面向全球或洲际区域开展的、以在校本科生为参赛对象的学科竞赛，视情况参照国家级、省级赛事执行，一赛一议。</w:t>
      </w:r>
    </w:p>
    <w:p>
      <w:pPr>
        <w:spacing w:after="80" w:lineRule="auto" w:line="360"/>
        <w:ind w:firstLine="482"/>
        <w:jc w:val="both"/>
      </w:pPr>
      <w:r>
        <w:rPr>
          <w:rFonts w:ascii="Times New Roman" w:hAnsi="Times New Roman" w:eastAsia="宋体"/>
          <w:b w:val="0"/>
          <w:sz w:val="24"/>
        </w:rPr>
        <w:t>学校对我校师生参与上述本科生竞赛项目给予经费支持。承办单位要积极协调校内外其他单位的相关工作，规范举办校内选拔赛，让优秀学生脱颖而出，集训后择优代表学校参加省赛、国赛。其他赛事，统一定为校级（本科生学科竞赛立项定级见附表1）。</w:t>
      </w:r>
    </w:p>
    <w:p>
      <w:pPr>
        <w:spacing w:after="80" w:lineRule="auto" w:line="360"/>
        <w:ind w:firstLine="482"/>
        <w:jc w:val="both"/>
      </w:pPr>
      <w:r>
        <w:rPr>
          <w:rFonts w:ascii="Times New Roman" w:hAnsi="Times New Roman" w:eastAsia="宋体"/>
          <w:b w:val="0"/>
          <w:sz w:val="24"/>
        </w:rPr>
        <w:t>3. 对研究生系列竞赛，学校参照赛事的参赛面、知名度等，分为A类、B类两类竞赛。</w:t>
      </w:r>
    </w:p>
    <w:p>
      <w:pPr>
        <w:spacing w:after="80" w:lineRule="auto" w:line="360"/>
        <w:ind w:firstLine="482"/>
        <w:jc w:val="both"/>
      </w:pPr>
      <w:r>
        <w:rPr>
          <w:rFonts w:ascii="Times New Roman" w:hAnsi="Times New Roman" w:eastAsia="宋体"/>
          <w:b w:val="0"/>
          <w:sz w:val="24"/>
        </w:rPr>
        <w:t>（一）A类竞赛：纳入由教育部学位管理与研究生教育司指导、中国学位与研究生教育学会和中国科协青少年科技中心共同主办的“中国研究生创新实践系列大赛”的研究生竞赛，定级为国A。</w:t>
      </w:r>
    </w:p>
    <w:p>
      <w:pPr>
        <w:spacing w:after="80" w:lineRule="auto" w:line="360"/>
        <w:ind w:firstLine="482"/>
        <w:jc w:val="both"/>
      </w:pPr>
      <w:r>
        <w:rPr>
          <w:rFonts w:ascii="Times New Roman" w:hAnsi="Times New Roman" w:eastAsia="宋体"/>
          <w:b w:val="0"/>
          <w:sz w:val="24"/>
        </w:rPr>
        <w:t>（二）B类竞赛：由全国专业学位研究生教育指导委员会主办的全国性研究生学科竞赛定级为国B。</w:t>
      </w:r>
    </w:p>
    <w:p>
      <w:pPr>
        <w:spacing w:after="80" w:lineRule="auto" w:line="360"/>
        <w:ind w:firstLine="482"/>
        <w:jc w:val="both"/>
      </w:pPr>
      <w:r>
        <w:rPr>
          <w:rFonts w:ascii="Times New Roman" w:hAnsi="Times New Roman" w:eastAsia="宋体"/>
          <w:b w:val="0"/>
          <w:sz w:val="24"/>
        </w:rPr>
        <w:t>学校对我校师生参加研究生系列赛事不提供经费支持，但对参加上述研究生赛事获奖师生予以奖励。创业学院、校团委、学生处等归口部门组织认定的竞赛由归口部门按相关政策标准进行管理和考核奖励。研究生参与其他赛事，根据学校制度认定对应等级，但不纳入研究生院奖励范围。（研究生系列赛事立项定级见附表2）。</w:t>
      </w:r>
    </w:p>
    <w:p>
      <w:pPr>
        <w:spacing w:after="80" w:lineRule="auto" w:line="360"/>
        <w:ind w:firstLine="482"/>
        <w:jc w:val="both"/>
      </w:pPr>
      <w:r>
        <w:rPr>
          <w:rFonts w:ascii="Times New Roman" w:hAnsi="Times New Roman" w:eastAsia="宋体"/>
          <w:b w:val="0"/>
          <w:sz w:val="24"/>
        </w:rPr>
        <w:t>4. 由创业学院、校团委以及学生处管理的竞赛，赛事认定、定级采用列举制（见附表3）。此类赛事的组织、管理分别由相关部门具体执行。</w:t>
      </w:r>
    </w:p>
    <w:p>
      <w:pPr>
        <w:spacing w:before="160" w:after="80" w:lineRule="auto" w:line="360"/>
        <w:jc w:val="left"/>
      </w:pPr>
      <w:r>
        <w:rPr>
          <w:rFonts w:ascii="Times New Roman" w:hAnsi="Times New Roman" w:eastAsia="宋体"/>
          <w:b/>
          <w:sz w:val="28"/>
        </w:rPr>
        <w:t>四、竞赛项目申报</w:t>
      </w:r>
    </w:p>
    <w:p>
      <w:pPr>
        <w:spacing w:after="80" w:lineRule="auto" w:line="360"/>
        <w:ind w:firstLine="482"/>
        <w:jc w:val="both"/>
      </w:pPr>
      <w:r>
        <w:rPr>
          <w:rFonts w:ascii="Times New Roman" w:hAnsi="Times New Roman" w:eastAsia="宋体"/>
          <w:b w:val="0"/>
          <w:sz w:val="24"/>
        </w:rPr>
        <w:t>1. 申报程序。学校对各类本科生学科竞赛实行竞赛申报承办制，各学院对所能承办的本科生学科竞赛进行申报，由竞赛项目负责人填写《浙江财经大学本科生科技竞赛项目申请表》（见附件4），由各学院竞赛工作领导小组对竞赛方案进行审查后提交本科生学科竞赛办公室。竞赛办公室组织评审后公布立项名单，竞赛立项期限为4年，其间会根据各单位具体文件规定做相应的动态调整。同一赛事负责人（或团队），只申报一项赛事。</w:t>
      </w:r>
    </w:p>
    <w:p>
      <w:pPr>
        <w:spacing w:after="80" w:lineRule="auto" w:line="360"/>
        <w:ind w:firstLine="482"/>
        <w:jc w:val="both"/>
      </w:pPr>
      <w:r>
        <w:rPr>
          <w:rFonts w:ascii="Times New Roman" w:hAnsi="Times New Roman" w:eastAsia="宋体"/>
          <w:b w:val="0"/>
          <w:sz w:val="24"/>
        </w:rPr>
        <w:t>2. 立项依据。学校根据上述定级要求，结合各学院填写的竞赛项目书中各项指标情况，以及前三年参赛获奖情况、对学生能力的促进作用、学校财务状况等因素确定立项赛事及定级。</w:t>
      </w:r>
    </w:p>
    <w:p>
      <w:pPr>
        <w:spacing w:before="160" w:after="80" w:lineRule="auto" w:line="360"/>
        <w:jc w:val="left"/>
      </w:pPr>
      <w:r>
        <w:rPr>
          <w:rFonts w:ascii="Times New Roman" w:hAnsi="Times New Roman" w:eastAsia="宋体"/>
          <w:b/>
          <w:sz w:val="28"/>
        </w:rPr>
        <w:t>五、审定、公布和备案</w:t>
      </w:r>
    </w:p>
    <w:p>
      <w:pPr>
        <w:spacing w:after="80" w:lineRule="auto" w:line="360"/>
        <w:ind w:firstLine="482"/>
        <w:jc w:val="both"/>
      </w:pPr>
      <w:r>
        <w:rPr>
          <w:rFonts w:ascii="Times New Roman" w:hAnsi="Times New Roman" w:eastAsia="宋体"/>
          <w:b w:val="0"/>
          <w:sz w:val="24"/>
        </w:rPr>
        <w:t>1. 经评审立项后的本科生学科竞赛项目可获得学校专项经费支持。经费划拨到承办单位，由项目负责人根据竞赛工作合理安排使用，专款专用，不得挪作他用，不足部分由承办单位解决。竞赛经费报销由承办单位财务负责领导审核签字后到校计划财务处报销。</w:t>
      </w:r>
    </w:p>
    <w:p>
      <w:pPr>
        <w:spacing w:after="80" w:lineRule="auto" w:line="360"/>
        <w:ind w:firstLine="482"/>
        <w:jc w:val="both"/>
      </w:pPr>
      <w:r>
        <w:rPr>
          <w:rFonts w:ascii="Times New Roman" w:hAnsi="Times New Roman" w:eastAsia="宋体"/>
          <w:b w:val="0"/>
          <w:sz w:val="24"/>
        </w:rPr>
        <w:t>2. 经费使用范围：经费专项用于本科生学科竞赛相关的组织、培训辅导、管理等工作费用。具体包括：参赛报名费、宣传费、资料费、培训辅导讲座费、材料消耗费（包括元器件）、场地费、参赛差旅费等。经费使用遵循必需、节约、有效原则，严格按照学校财务相关规定执行。</w:t>
      </w:r>
    </w:p>
    <w:p>
      <w:pPr>
        <w:spacing w:after="80" w:lineRule="auto" w:line="360"/>
        <w:ind w:firstLine="482"/>
        <w:jc w:val="both"/>
      </w:pPr>
      <w:r>
        <w:rPr>
          <w:rFonts w:ascii="Times New Roman" w:hAnsi="Times New Roman" w:eastAsia="宋体"/>
          <w:b w:val="0"/>
          <w:sz w:val="24"/>
        </w:rPr>
        <w:t>3. 鼓励承办单位多方面筹措竞赛经费，提供赞助的企业和单位，经竞赛主办单位同意，可获竞赛冠名权。</w:t>
      </w:r>
    </w:p>
    <w:p>
      <w:pPr>
        <w:spacing w:after="80" w:lineRule="auto" w:line="360"/>
        <w:ind w:firstLine="482"/>
        <w:jc w:val="both"/>
      </w:pPr>
      <w:r>
        <w:rPr>
          <w:rFonts w:ascii="Times New Roman" w:hAnsi="Times New Roman" w:eastAsia="宋体"/>
          <w:b w:val="0"/>
          <w:sz w:val="24"/>
        </w:rPr>
        <w:t>4. 由研究生院、学生处、创业学院、校团委等部门主管的赛事，经费使用规则由相应部门制定。</w:t>
      </w:r>
    </w:p>
    <w:p>
      <w:pPr>
        <w:spacing w:after="80" w:lineRule="auto" w:line="360"/>
        <w:ind w:firstLine="482"/>
        <w:jc w:val="both"/>
      </w:pPr>
      <w:r>
        <w:rPr>
          <w:rFonts w:ascii="Times New Roman" w:hAnsi="Times New Roman" w:eastAsia="宋体"/>
          <w:b w:val="0"/>
          <w:sz w:val="24"/>
        </w:rPr>
        <w:t>5. 承办单位在竞赛工作结束后须提交次年经费预算和规划、当年竞赛经费决算、总结报告、获奖情况和证书扫描件等相关资料，报竞赛办公室备案。</w:t>
      </w:r>
    </w:p>
    <w:p>
      <w:pPr>
        <w:spacing w:before="160" w:after="80" w:lineRule="auto" w:line="360"/>
        <w:jc w:val="left"/>
      </w:pPr>
      <w:r>
        <w:rPr>
          <w:rFonts w:ascii="Times New Roman" w:hAnsi="Times New Roman" w:eastAsia="宋体"/>
          <w:b/>
          <w:sz w:val="28"/>
        </w:rPr>
        <w:t>六、竞赛考核与激励政策</w:t>
      </w:r>
    </w:p>
    <w:p>
      <w:pPr>
        <w:spacing w:after="80" w:lineRule="auto" w:line="360"/>
        <w:ind w:firstLine="482"/>
        <w:jc w:val="both"/>
      </w:pPr>
      <w:r>
        <w:rPr>
          <w:rFonts w:ascii="Times New Roman" w:hAnsi="Times New Roman" w:eastAsia="宋体"/>
          <w:b w:val="0"/>
          <w:sz w:val="24"/>
        </w:rPr>
        <w:t>1. 项目考核主要依据为当年竞赛参与及获奖情况、经费决算及工作总结报告。考核结果分为优秀、良好、合格、不合格。考核结果将影响下一年度该竞赛项目的立项和经费支持，学校优先支持等级高的项目。</w:t>
      </w:r>
    </w:p>
    <w:p>
      <w:pPr>
        <w:spacing w:after="80" w:lineRule="auto" w:line="360"/>
        <w:ind w:firstLine="482"/>
        <w:jc w:val="both"/>
      </w:pPr>
      <w:r>
        <w:rPr>
          <w:rFonts w:ascii="Times New Roman" w:hAnsi="Times New Roman" w:eastAsia="宋体"/>
          <w:b w:val="0"/>
          <w:sz w:val="24"/>
        </w:rPr>
        <w:t>2. 凡有下列情况之一者，学校将撤销竞赛项目，冻结或收回项目经费，项目负责人三年内不得申报竞赛项目。</w:t>
      </w:r>
    </w:p>
    <w:p>
      <w:pPr>
        <w:spacing w:after="80" w:lineRule="auto" w:line="360"/>
        <w:ind w:firstLine="482"/>
        <w:jc w:val="both"/>
      </w:pPr>
      <w:r>
        <w:rPr>
          <w:rFonts w:ascii="Times New Roman" w:hAnsi="Times New Roman" w:eastAsia="宋体"/>
          <w:b w:val="0"/>
          <w:sz w:val="24"/>
        </w:rPr>
        <w:t>（一）未按项目申请表计划认真开展竞赛组织、培训、辅导工作；</w:t>
      </w:r>
    </w:p>
    <w:p>
      <w:pPr>
        <w:spacing w:after="80" w:lineRule="auto" w:line="360"/>
        <w:ind w:firstLine="482"/>
        <w:jc w:val="both"/>
      </w:pPr>
      <w:r>
        <w:rPr>
          <w:rFonts w:ascii="Times New Roman" w:hAnsi="Times New Roman" w:eastAsia="宋体"/>
          <w:b w:val="0"/>
          <w:sz w:val="24"/>
        </w:rPr>
        <w:t>（二）无故不按时完成竞赛项目；</w:t>
      </w:r>
    </w:p>
    <w:p>
      <w:pPr>
        <w:spacing w:after="80" w:lineRule="auto" w:line="360"/>
        <w:ind w:firstLine="482"/>
        <w:jc w:val="both"/>
      </w:pPr>
      <w:r>
        <w:rPr>
          <w:rFonts w:ascii="Times New Roman" w:hAnsi="Times New Roman" w:eastAsia="宋体"/>
          <w:b w:val="0"/>
          <w:sz w:val="24"/>
        </w:rPr>
        <w:t>（三）严重违反财务制度。</w:t>
      </w:r>
    </w:p>
    <w:p>
      <w:pPr>
        <w:spacing w:after="80" w:lineRule="auto" w:line="360"/>
        <w:ind w:firstLine="482"/>
        <w:jc w:val="both"/>
      </w:pPr>
      <w:r>
        <w:rPr>
          <w:rFonts w:ascii="Times New Roman" w:hAnsi="Times New Roman" w:eastAsia="宋体"/>
          <w:b w:val="0"/>
          <w:sz w:val="24"/>
        </w:rPr>
        <w:t>3. 对出现违反各项竞赛章程、规定或纪律的，包括竞赛作弊、抄袭等对学校声誉造成影响的行为，学校会根据相关制度对参赛学生及指导教师作出相应的处理。</w:t>
      </w:r>
    </w:p>
    <w:p>
      <w:pPr>
        <w:spacing w:after="80" w:lineRule="auto" w:line="360"/>
        <w:ind w:firstLine="482"/>
        <w:jc w:val="both"/>
      </w:pPr>
      <w:r>
        <w:rPr>
          <w:rFonts w:ascii="Times New Roman" w:hAnsi="Times New Roman" w:eastAsia="宋体"/>
          <w:b w:val="0"/>
          <w:sz w:val="24"/>
        </w:rPr>
        <w:t>4. 奖励原则</w:t>
      </w:r>
    </w:p>
    <w:p>
      <w:pPr>
        <w:spacing w:after="80" w:lineRule="auto" w:line="360"/>
        <w:ind w:firstLine="482"/>
        <w:jc w:val="both"/>
      </w:pPr>
      <w:r>
        <w:rPr>
          <w:rFonts w:ascii="Times New Roman" w:hAnsi="Times New Roman" w:eastAsia="宋体"/>
          <w:b w:val="0"/>
          <w:sz w:val="24"/>
        </w:rPr>
        <w:t>（一）竞赛获奖认定以获奖证书原件或竞赛官方网站公布结果为准；部分竞赛奖项级别可根据大赛实际奖项设置做适当调整，具体以实际竞赛为准。</w:t>
      </w:r>
    </w:p>
    <w:p>
      <w:pPr>
        <w:spacing w:after="80" w:lineRule="auto" w:line="360"/>
        <w:ind w:firstLine="482"/>
        <w:jc w:val="both"/>
      </w:pPr>
      <w:r>
        <w:rPr>
          <w:rFonts w:ascii="Times New Roman" w:hAnsi="Times New Roman" w:eastAsia="宋体"/>
          <w:b w:val="0"/>
          <w:sz w:val="24"/>
        </w:rPr>
        <w:t>（二）同一年中，同一比赛同一项目获奖奖励以最高奖计一次，不重复计算。</w:t>
      </w:r>
    </w:p>
    <w:p>
      <w:pPr>
        <w:spacing w:after="80" w:lineRule="auto" w:line="360"/>
        <w:ind w:firstLine="482"/>
        <w:jc w:val="both"/>
      </w:pPr>
      <w:r>
        <w:rPr>
          <w:rFonts w:ascii="Times New Roman" w:hAnsi="Times New Roman" w:eastAsia="宋体"/>
          <w:b w:val="0"/>
          <w:sz w:val="24"/>
        </w:rPr>
        <w:t>5. 对指导学生参赛获得省级A类二等奖以上项目的教师，学校给予奖励认定（认定标准参见附件5）。奖励认定实行一年一核，核定到人，由教务处、研究生院、创业学院、校团委和学生处统计并由学校统一发放。</w:t>
      </w:r>
    </w:p>
    <w:p>
      <w:pPr>
        <w:spacing w:after="80" w:lineRule="auto" w:line="360"/>
        <w:ind w:firstLine="482"/>
        <w:jc w:val="both"/>
      </w:pPr>
      <w:r>
        <w:rPr>
          <w:rFonts w:ascii="Times New Roman" w:hAnsi="Times New Roman" w:eastAsia="宋体"/>
          <w:b w:val="0"/>
          <w:sz w:val="24"/>
        </w:rPr>
        <w:t>6. 对代表我校参加本标准内各类竞赛获奖学生的奖励。</w:t>
      </w:r>
    </w:p>
    <w:p>
      <w:pPr>
        <w:spacing w:after="80" w:lineRule="auto" w:line="360"/>
        <w:ind w:firstLine="482"/>
        <w:jc w:val="both"/>
      </w:pPr>
      <w:r>
        <w:rPr>
          <w:rFonts w:ascii="Times New Roman" w:hAnsi="Times New Roman" w:eastAsia="宋体"/>
          <w:b w:val="0"/>
          <w:sz w:val="24"/>
        </w:rPr>
        <w:t>（一）对获奖学生，学校会根据奖励标准对各类获奖等级和级别进行相应奖励（奖励标准参见附件6）。</w:t>
      </w:r>
    </w:p>
    <w:p>
      <w:pPr>
        <w:spacing w:after="80" w:lineRule="auto" w:line="360"/>
        <w:ind w:firstLine="482"/>
        <w:jc w:val="both"/>
      </w:pPr>
      <w:r>
        <w:rPr>
          <w:rFonts w:ascii="Times New Roman" w:hAnsi="Times New Roman" w:eastAsia="宋体"/>
          <w:b w:val="0"/>
          <w:sz w:val="24"/>
        </w:rPr>
        <w:t>（二）对已取得的竞赛成绩，学生可根据竞赛等级认定为相应的创新创业学分，创新创业学分可转换为第一课堂，具体细则见《浙江财经大学本科生创新创业学分认定和转换办法》。</w:t>
      </w:r>
    </w:p>
    <w:p>
      <w:pPr>
        <w:spacing w:after="80" w:lineRule="auto" w:line="360"/>
        <w:ind w:firstLine="482"/>
        <w:jc w:val="both"/>
      </w:pPr>
      <w:r>
        <w:rPr>
          <w:rFonts w:ascii="Times New Roman" w:hAnsi="Times New Roman" w:eastAsia="宋体"/>
          <w:b w:val="0"/>
          <w:sz w:val="24"/>
        </w:rPr>
        <w:t>（三）对参加各类校级及以上竞赛的学生，可根据《浙江财经大学本科生第二、三课堂学分管理办法》的规定，获得第三课堂的学分，具体细则见办法。</w:t>
      </w:r>
    </w:p>
    <w:p>
      <w:pPr>
        <w:spacing w:after="80" w:lineRule="auto" w:line="360"/>
        <w:ind w:firstLine="482"/>
        <w:jc w:val="both"/>
      </w:pPr>
      <w:r>
        <w:rPr>
          <w:rFonts w:ascii="Times New Roman" w:hAnsi="Times New Roman" w:eastAsia="宋体"/>
          <w:b w:val="0"/>
          <w:sz w:val="24"/>
        </w:rPr>
        <w:t>（四）对参加各类国家级及省级A类竞赛获得二等奖（含）以上的学生（排名前五），可根据《浙江财经大学关于授予学士学位的工作细则》办法规定，在符合毕业条件的情况下，申请授予学士学位，具体细则见办法。</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本办法自印发之日起生效，由教务处、研究生院、创业学院、校团委和学生处负责解释。原《浙江财经大学科技竞赛管理办法》（浙财大〔2021〕50号）同时废止。</w:t>
      </w:r>
    </w:p>
    <w:p>
      <w:pPr>
        <w:spacing w:after="80" w:lineRule="auto" w:line="360"/>
        <w:ind w:firstLine="482"/>
        <w:jc w:val="both"/>
      </w:pPr>
      <w:r>
        <w:rPr>
          <w:rFonts w:ascii="Times New Roman" w:hAnsi="Times New Roman" w:eastAsia="宋体"/>
          <w:b w:val="0"/>
          <w:sz w:val="24"/>
        </w:rPr>
        <w:t>2. 本办法中所涉及的其他办法，如有调整，以各部门现行的实施办法为准。</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浙江财经大学本科生学科赛事立项定级表</w:t>
      </w:r>
    </w:p>
    <w:p>
      <w:pPr>
        <w:spacing w:after="80" w:lineRule="auto" w:line="360"/>
        <w:ind w:firstLine="482"/>
        <w:jc w:val="both"/>
      </w:pPr>
      <w:r>
        <w:rPr>
          <w:rFonts w:ascii="Times New Roman" w:hAnsi="Times New Roman" w:eastAsia="宋体"/>
          <w:b w:val="0"/>
          <w:sz w:val="24"/>
        </w:rPr>
        <w:t>2. 浙江财经大学研究生竞赛立项定级表</w:t>
      </w:r>
    </w:p>
    <w:p>
      <w:pPr>
        <w:spacing w:after="80" w:lineRule="auto" w:line="360"/>
        <w:ind w:firstLine="482"/>
        <w:jc w:val="both"/>
      </w:pPr>
      <w:r>
        <w:rPr>
          <w:rFonts w:ascii="Times New Roman" w:hAnsi="Times New Roman" w:eastAsia="宋体"/>
          <w:b w:val="0"/>
          <w:sz w:val="24"/>
        </w:rPr>
        <w:t>3. 浙江财经大学创新创业系列竞赛定级表</w:t>
      </w:r>
    </w:p>
    <w:p>
      <w:pPr>
        <w:spacing w:after="80" w:lineRule="auto" w:line="360"/>
        <w:ind w:firstLine="482"/>
        <w:jc w:val="both"/>
      </w:pPr>
      <w:r>
        <w:rPr>
          <w:rFonts w:ascii="Times New Roman" w:hAnsi="Times New Roman" w:eastAsia="宋体"/>
          <w:b w:val="0"/>
          <w:sz w:val="24"/>
        </w:rPr>
        <w:t>4. 浙江财经大学本科生学科竞赛项目申请表</w:t>
      </w:r>
    </w:p>
    <w:p>
      <w:pPr>
        <w:spacing w:after="80" w:lineRule="auto" w:line="360"/>
        <w:ind w:firstLine="482"/>
        <w:jc w:val="both"/>
      </w:pPr>
      <w:r>
        <w:rPr>
          <w:rFonts w:ascii="Times New Roman" w:hAnsi="Times New Roman" w:eastAsia="宋体"/>
          <w:b w:val="0"/>
          <w:sz w:val="24"/>
        </w:rPr>
        <w:t>5. 浙江财经大学指导教师指导学生获奖工作量标准</w:t>
      </w:r>
    </w:p>
    <w:p>
      <w:pPr>
        <w:spacing w:after="80" w:lineRule="auto" w:line="360"/>
        <w:ind w:firstLine="482"/>
        <w:jc w:val="both"/>
      </w:pPr>
      <w:r>
        <w:rPr>
          <w:rFonts w:ascii="Times New Roman" w:hAnsi="Times New Roman" w:eastAsia="宋体"/>
          <w:b w:val="0"/>
          <w:sz w:val="24"/>
        </w:rPr>
        <w:t>6. 浙江财经大学学生获奖奖励标准</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浙江财经大学本科生学科赛事立项定级表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竞赛名称</w:t>
            </w:r>
          </w:p>
        </w:tc>
        <w:tc>
          <w:tcPr>
            <w:tcW w:type="dxa" w:w="2878"/>
          </w:tcPr>
          <w:p>
            <w:pPr>
              <w:spacing w:after="20" w:before="20"/>
            </w:pPr>
            <w:r/>
            <w:r>
              <w:rPr>
                <w:rFonts w:ascii="Times New Roman" w:hAnsi="Times New Roman" w:eastAsia="宋体"/>
                <w:b/>
                <w:sz w:val="21"/>
              </w:rPr>
              <w:t>等级</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中华经典诵写讲大赛（诗词讲解、经典诵读）</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浙江省中华经典诵写讲大赛（诗词讲解、经典诵读）</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中华经典诵写讲大赛（汉字书写、篆刻）</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浙江省中华经典诵写讲大赛（汉字书写、篆刻）</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全国大学生电子商务“创新、创意及创业”挑战赛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浙江省大学生电子商务竞赛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全国大学生广告艺术大赛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浙江省大学生广告创意设计竞赛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“外研社•国才杯”“理解当代中国”全国大学生外语能力大赛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“外研社·国才杯”“理解当代中国”浙江省大学生外语能力大赛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11</w:t>
            </w:r>
          </w:p>
        </w:tc>
        <w:tc>
          <w:tcPr>
            <w:tcW w:type="dxa" w:w="2878"/>
          </w:tcPr>
          <w:p>
            <w:pPr>
              <w:spacing w:after="20" w:before="20"/>
            </w:pPr>
            <w:r/>
            <w:r>
              <w:rPr>
                <w:rFonts w:ascii="Times New Roman" w:hAnsi="Times New Roman" w:eastAsia="宋体"/>
                <w:b w:val="0"/>
                <w:sz w:val="21"/>
              </w:rPr>
              <w:t>全国大学生电子设计竞赛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t>浙江省大学生电子设计竞赛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13</w:t>
            </w:r>
          </w:p>
        </w:tc>
        <w:tc>
          <w:tcPr>
            <w:tcW w:type="dxa" w:w="2878"/>
          </w:tcPr>
          <w:p>
            <w:pPr>
              <w:spacing w:after="20" w:before="20"/>
            </w:pPr>
            <w:r/>
            <w:r>
              <w:rPr>
                <w:rFonts w:ascii="Times New Roman" w:hAnsi="Times New Roman" w:eastAsia="宋体"/>
                <w:b w:val="0"/>
                <w:sz w:val="21"/>
              </w:rPr>
              <w:t>中国大学生工程实践与创新能力大赛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14</w:t>
            </w:r>
          </w:p>
        </w:tc>
        <w:tc>
          <w:tcPr>
            <w:tcW w:type="dxa" w:w="2878"/>
          </w:tcPr>
          <w:p>
            <w:pPr>
              <w:spacing w:after="20" w:before="20"/>
            </w:pPr>
            <w:r/>
            <w:r>
              <w:rPr>
                <w:rFonts w:ascii="Times New Roman" w:hAnsi="Times New Roman" w:eastAsia="宋体"/>
                <w:b w:val="0"/>
                <w:sz w:val="21"/>
              </w:rPr>
              <w:t>浙江省大学生工程实践与创新能力大赛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全国大学生数学建模竞赛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16</w:t>
            </w:r>
          </w:p>
        </w:tc>
        <w:tc>
          <w:tcPr>
            <w:tcW w:type="dxa" w:w="2878"/>
          </w:tcPr>
          <w:p>
            <w:pPr>
              <w:spacing w:after="20" w:before="20"/>
            </w:pPr>
            <w:r/>
            <w:r>
              <w:rPr>
                <w:rFonts w:ascii="Times New Roman" w:hAnsi="Times New Roman" w:eastAsia="宋体"/>
                <w:b w:val="0"/>
                <w:sz w:val="21"/>
              </w:rPr>
              <w:t>全国大学生数学建模竞赛浙江赛区</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17</w:t>
            </w:r>
          </w:p>
        </w:tc>
        <w:tc>
          <w:tcPr>
            <w:tcW w:type="dxa" w:w="2878"/>
          </w:tcPr>
          <w:p>
            <w:pPr>
              <w:spacing w:after="20" w:before="20"/>
            </w:pPr>
            <w:r/>
            <w:r>
              <w:rPr>
                <w:rFonts w:ascii="Times New Roman" w:hAnsi="Times New Roman" w:eastAsia="宋体"/>
                <w:b w:val="0"/>
                <w:sz w:val="21"/>
              </w:rPr>
              <w:t>美国大学生数学建模竞赛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18</w:t>
            </w:r>
          </w:p>
        </w:tc>
        <w:tc>
          <w:tcPr>
            <w:tcW w:type="dxa" w:w="2878"/>
          </w:tcPr>
          <w:p>
            <w:pPr>
              <w:spacing w:after="20" w:before="20"/>
            </w:pPr>
            <w:r/>
            <w:r>
              <w:rPr>
                <w:rFonts w:ascii="Times New Roman" w:hAnsi="Times New Roman" w:eastAsia="宋体"/>
                <w:b w:val="0"/>
                <w:sz w:val="21"/>
              </w:rPr>
              <w:t>全国本科院校税收风险管控案例大赛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19</w:t>
            </w:r>
          </w:p>
        </w:tc>
        <w:tc>
          <w:tcPr>
            <w:tcW w:type="dxa" w:w="2878"/>
          </w:tcPr>
          <w:p>
            <w:pPr>
              <w:spacing w:after="20" w:before="20"/>
            </w:pPr>
            <w:r/>
            <w:r>
              <w:rPr>
                <w:rFonts w:ascii="Times New Roman" w:hAnsi="Times New Roman" w:eastAsia="宋体"/>
                <w:b w:val="0"/>
                <w:sz w:val="21"/>
              </w:rPr>
              <w:t>全国企业竞争模拟大赛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全国大学生物流设计大赛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21</w:t>
            </w:r>
          </w:p>
        </w:tc>
        <w:tc>
          <w:tcPr>
            <w:tcW w:type="dxa" w:w="2878"/>
          </w:tcPr>
          <w:p>
            <w:pPr>
              <w:spacing w:after="20" w:before="20"/>
            </w:pPr>
            <w:r/>
            <w:r>
              <w:rPr>
                <w:rFonts w:ascii="Times New Roman" w:hAnsi="Times New Roman" w:eastAsia="宋体"/>
                <w:b w:val="0"/>
                <w:sz w:val="21"/>
              </w:rPr>
              <w:t>全国高校商业精英挑战赛（会计与商业管理案例竞赛）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22</w:t>
            </w:r>
          </w:p>
        </w:tc>
        <w:tc>
          <w:tcPr>
            <w:tcW w:type="dxa" w:w="2878"/>
          </w:tcPr>
          <w:p>
            <w:pPr>
              <w:spacing w:after="20" w:before="20"/>
            </w:pPr>
            <w:r/>
            <w:r>
              <w:rPr>
                <w:rFonts w:ascii="Times New Roman" w:hAnsi="Times New Roman" w:eastAsia="宋体"/>
                <w:b w:val="0"/>
                <w:sz w:val="21"/>
              </w:rPr>
              <w:t>全国高校商业精英挑战赛（国际贸易竞赛）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23</w:t>
            </w:r>
          </w:p>
        </w:tc>
        <w:tc>
          <w:tcPr>
            <w:tcW w:type="dxa" w:w="2878"/>
          </w:tcPr>
          <w:p>
            <w:pPr>
              <w:spacing w:after="20" w:before="20"/>
            </w:pPr>
            <w:r/>
            <w:r>
              <w:rPr>
                <w:rFonts w:ascii="Times New Roman" w:hAnsi="Times New Roman" w:eastAsia="宋体"/>
                <w:b w:val="0"/>
                <w:sz w:val="21"/>
              </w:rPr>
              <w:t>全国大学生统计建模大赛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24</w:t>
            </w:r>
          </w:p>
        </w:tc>
        <w:tc>
          <w:tcPr>
            <w:tcW w:type="dxa" w:w="2878"/>
          </w:tcPr>
          <w:p>
            <w:pPr>
              <w:spacing w:after="20" w:before="20"/>
            </w:pPr>
            <w:r/>
            <w:r>
              <w:rPr>
                <w:rFonts w:ascii="Times New Roman" w:hAnsi="Times New Roman" w:eastAsia="宋体"/>
                <w:b w:val="0"/>
                <w:sz w:val="21"/>
              </w:rPr>
              <w:t>全国大学生市场调查与分析大赛暨海峡两岸大学生市场调查分析大赛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25</w:t>
            </w:r>
          </w:p>
        </w:tc>
        <w:tc>
          <w:tcPr>
            <w:tcW w:type="dxa" w:w="2878"/>
          </w:tcPr>
          <w:p>
            <w:pPr>
              <w:spacing w:after="20" w:before="20"/>
            </w:pPr>
            <w:r/>
            <w:r>
              <w:rPr>
                <w:rFonts w:ascii="Times New Roman" w:hAnsi="Times New Roman" w:eastAsia="宋体"/>
                <w:b w:val="0"/>
                <w:sz w:val="21"/>
              </w:rPr>
              <w:t>全国高校商业精英挑战赛（品牌策划竞赛、会展专业创新创业实践竞赛）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26</w:t>
            </w:r>
          </w:p>
        </w:tc>
        <w:tc>
          <w:tcPr>
            <w:tcW w:type="dxa" w:w="2878"/>
          </w:tcPr>
          <w:p>
            <w:pPr>
              <w:spacing w:after="20" w:before="20"/>
            </w:pPr>
            <w:r/>
            <w:r>
              <w:rPr>
                <w:rFonts w:ascii="Times New Roman" w:hAnsi="Times New Roman" w:eastAsia="宋体"/>
                <w:b w:val="0"/>
                <w:sz w:val="21"/>
              </w:rPr>
              <w:t>“外教社杯”全国高校学生跨文化能力大赛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27</w:t>
            </w:r>
          </w:p>
        </w:tc>
        <w:tc>
          <w:tcPr>
            <w:tcW w:type="dxa" w:w="2878"/>
          </w:tcPr>
          <w:p>
            <w:pPr>
              <w:spacing w:after="20" w:before="20"/>
            </w:pPr>
            <w:r/>
            <w:r>
              <w:rPr>
                <w:rFonts w:ascii="Times New Roman" w:hAnsi="Times New Roman" w:eastAsia="宋体"/>
                <w:b w:val="0"/>
                <w:sz w:val="21"/>
              </w:rPr>
              <w:t>“21世纪杯”全国英语演讲比赛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28</w:t>
            </w:r>
          </w:p>
        </w:tc>
        <w:tc>
          <w:tcPr>
            <w:tcW w:type="dxa" w:w="2878"/>
          </w:tcPr>
          <w:p>
            <w:pPr>
              <w:spacing w:after="20" w:before="20"/>
            </w:pPr>
            <w:r/>
            <w:r>
              <w:rPr>
                <w:rFonts w:ascii="Times New Roman" w:hAnsi="Times New Roman" w:eastAsia="宋体"/>
                <w:b w:val="0"/>
                <w:sz w:val="21"/>
              </w:rPr>
              <w:t>ACM-ICPC国际大学生程序设计竞赛（亚洲区域赛）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29</w:t>
            </w:r>
          </w:p>
        </w:tc>
        <w:tc>
          <w:tcPr>
            <w:tcW w:type="dxa" w:w="2878"/>
          </w:tcPr>
          <w:p>
            <w:pPr>
              <w:spacing w:after="20" w:before="20"/>
            </w:pPr>
            <w:r/>
            <w:r>
              <w:rPr>
                <w:rFonts w:ascii="Times New Roman" w:hAnsi="Times New Roman" w:eastAsia="宋体"/>
                <w:b w:val="0"/>
                <w:sz w:val="21"/>
              </w:rPr>
              <w:t>中国大学生程序设计竞赛</w:t>
            </w:r>
          </w:p>
        </w:tc>
        <w:tc>
          <w:tcPr>
            <w:tcW w:type="dxa" w:w="2878"/>
          </w:tcPr>
          <w:p>
            <w:pPr>
              <w:spacing w:after="20" w:before="20"/>
            </w:pPr>
            <w:r/>
            <w:r>
              <w:rPr>
                <w:rFonts w:ascii="Times New Roman" w:hAnsi="Times New Roman" w:eastAsia="宋体"/>
                <w:b w:val="0"/>
                <w:sz w:val="21"/>
              </w:rPr>
              <w:t>国C</w:t>
            </w:r>
          </w:p>
        </w:tc>
      </w:tr>
      <w:tr>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浙江省大学生程序设计竞赛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31</w:t>
            </w:r>
          </w:p>
        </w:tc>
        <w:tc>
          <w:tcPr>
            <w:tcW w:type="dxa" w:w="2878"/>
          </w:tcPr>
          <w:p>
            <w:pPr>
              <w:spacing w:after="20" w:before="20"/>
            </w:pPr>
            <w:r/>
            <w:r>
              <w:rPr>
                <w:rFonts w:ascii="Times New Roman" w:hAnsi="Times New Roman" w:eastAsia="宋体"/>
                <w:b w:val="0"/>
                <w:sz w:val="21"/>
              </w:rPr>
              <w:t>中国机器人大赛暨RoboCup机器人世界杯中国赛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32</w:t>
            </w:r>
          </w:p>
        </w:tc>
        <w:tc>
          <w:tcPr>
            <w:tcW w:type="dxa" w:w="2878"/>
          </w:tcPr>
          <w:p>
            <w:pPr>
              <w:spacing w:after="20" w:before="20"/>
            </w:pPr>
            <w:r/>
            <w:r>
              <w:rPr>
                <w:rFonts w:ascii="Times New Roman" w:hAnsi="Times New Roman" w:eastAsia="宋体"/>
                <w:b w:val="0"/>
                <w:sz w:val="21"/>
              </w:rPr>
              <w:t>全国大学生节能减排社会实践与科技竞赛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33</w:t>
            </w:r>
          </w:p>
        </w:tc>
        <w:tc>
          <w:tcPr>
            <w:tcW w:type="dxa" w:w="2878"/>
          </w:tcPr>
          <w:p>
            <w:pPr>
              <w:spacing w:after="20" w:before="20"/>
            </w:pPr>
            <w:r/>
            <w:r>
              <w:rPr>
                <w:rFonts w:ascii="Times New Roman" w:hAnsi="Times New Roman" w:eastAsia="宋体"/>
                <w:b w:val="0"/>
                <w:sz w:val="21"/>
              </w:rPr>
              <w:t>“中国软件杯”大学生软件设计大赛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34</w:t>
            </w:r>
          </w:p>
        </w:tc>
        <w:tc>
          <w:tcPr>
            <w:tcW w:type="dxa" w:w="2878"/>
          </w:tcPr>
          <w:p>
            <w:pPr>
              <w:spacing w:after="20" w:before="20"/>
            </w:pPr>
            <w:r/>
            <w:r>
              <w:rPr>
                <w:rFonts w:ascii="Times New Roman" w:hAnsi="Times New Roman" w:eastAsia="宋体"/>
                <w:b w:val="0"/>
                <w:sz w:val="21"/>
              </w:rPr>
              <w:t>“蓝桥杯”全国软件设计与创业大赛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35</w:t>
            </w:r>
          </w:p>
        </w:tc>
        <w:tc>
          <w:tcPr>
            <w:tcW w:type="dxa" w:w="2878"/>
          </w:tcPr>
          <w:p>
            <w:pPr>
              <w:spacing w:after="20" w:before="20"/>
            </w:pPr>
            <w:r/>
            <w:r>
              <w:rPr>
                <w:rFonts w:ascii="Times New Roman" w:hAnsi="Times New Roman" w:eastAsia="宋体"/>
                <w:b w:val="0"/>
                <w:sz w:val="21"/>
              </w:rPr>
              <w:t>中国高校计算机大赛（团体程序设计天梯赛、移动应用创新赛、AIGC创新赛）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36</w:t>
            </w:r>
          </w:p>
        </w:tc>
        <w:tc>
          <w:tcPr>
            <w:tcW w:type="dxa" w:w="2878"/>
          </w:tcPr>
          <w:p>
            <w:pPr>
              <w:spacing w:after="20" w:before="20"/>
            </w:pPr>
            <w:r/>
            <w:r>
              <w:rPr>
                <w:rFonts w:ascii="Times New Roman" w:hAnsi="Times New Roman" w:eastAsia="宋体"/>
                <w:b w:val="0"/>
                <w:sz w:val="21"/>
              </w:rPr>
              <w:t>中国大学生计算机设计大赛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37</w:t>
            </w:r>
          </w:p>
        </w:tc>
        <w:tc>
          <w:tcPr>
            <w:tcW w:type="dxa" w:w="2878"/>
          </w:tcPr>
          <w:p>
            <w:pPr>
              <w:spacing w:after="20" w:before="20"/>
            </w:pPr>
            <w:r/>
            <w:r>
              <w:rPr>
                <w:rFonts w:ascii="Times New Roman" w:hAnsi="Times New Roman" w:eastAsia="宋体"/>
                <w:b w:val="0"/>
                <w:sz w:val="21"/>
              </w:rPr>
              <w:t>未来设计师·全国高校数字艺术设计大赛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38</w:t>
            </w:r>
          </w:p>
        </w:tc>
        <w:tc>
          <w:tcPr>
            <w:tcW w:type="dxa" w:w="2878"/>
          </w:tcPr>
          <w:p>
            <w:pPr>
              <w:spacing w:after="20" w:before="20"/>
            </w:pPr>
            <w:r/>
            <w:r>
              <w:rPr>
                <w:rFonts w:ascii="Times New Roman" w:hAnsi="Times New Roman" w:eastAsia="宋体"/>
                <w:b w:val="0"/>
                <w:sz w:val="21"/>
              </w:rPr>
              <w:t>米兰设计周——中国高校设计学科师生优秀作品展</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39</w:t>
            </w:r>
          </w:p>
        </w:tc>
        <w:tc>
          <w:tcPr>
            <w:tcW w:type="dxa" w:w="2878"/>
          </w:tcPr>
          <w:p>
            <w:pPr>
              <w:spacing w:after="20" w:before="20"/>
            </w:pPr>
            <w:r/>
            <w:r>
              <w:rPr>
                <w:rFonts w:ascii="Times New Roman" w:hAnsi="Times New Roman" w:eastAsia="宋体"/>
                <w:b w:val="0"/>
                <w:sz w:val="21"/>
              </w:rPr>
              <w:t>ICAN大学生创新创业大赛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中国大学生服务外包创新创业大赛</w:t>
            </w:r>
          </w:p>
        </w:tc>
        <w:tc>
          <w:tcPr>
            <w:tcW w:type="dxa" w:w="2878"/>
          </w:tcPr>
          <w:p>
            <w:pPr>
              <w:spacing w:after="20" w:before="20"/>
            </w:pPr>
            <w:r/>
            <w:r>
              <w:rPr>
                <w:rFonts w:ascii="Times New Roman" w:hAnsi="Times New Roman" w:eastAsia="宋体"/>
                <w:b w:val="0"/>
                <w:sz w:val="21"/>
              </w:rPr>
              <w:t>国B</w:t>
            </w:r>
          </w:p>
        </w:tc>
      </w:tr>
      <w:tr>
        <w:tc>
          <w:tcPr>
            <w:tcW w:type="dxa" w:w="2878"/>
          </w:tcPr>
          <w:p>
            <w:pPr>
              <w:spacing w:after="20" w:before="20"/>
            </w:pPr>
            <w:r/>
            <w:r>
              <w:rPr>
                <w:rFonts w:ascii="Times New Roman" w:hAnsi="Times New Roman" w:eastAsia="宋体"/>
                <w:b w:val="0"/>
                <w:sz w:val="21"/>
              </w:rPr>
              <w:t>41</w:t>
            </w:r>
          </w:p>
        </w:tc>
        <w:tc>
          <w:tcPr>
            <w:tcW w:type="dxa" w:w="2878"/>
          </w:tcPr>
          <w:p>
            <w:pPr>
              <w:spacing w:after="20" w:before="20"/>
            </w:pPr>
            <w:r/>
            <w:r>
              <w:rPr>
                <w:rFonts w:ascii="Times New Roman" w:hAnsi="Times New Roman" w:eastAsia="宋体"/>
                <w:b w:val="0"/>
                <w:sz w:val="21"/>
              </w:rPr>
              <w:t>浙江省大学生服务外包创新创业大赛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42</w:t>
            </w:r>
          </w:p>
        </w:tc>
        <w:tc>
          <w:tcPr>
            <w:tcW w:type="dxa" w:w="2878"/>
          </w:tcPr>
          <w:p>
            <w:pPr>
              <w:spacing w:after="20" w:before="20"/>
            </w:pPr>
            <w:r/>
            <w:r>
              <w:rPr>
                <w:rFonts w:ascii="Times New Roman" w:hAnsi="Times New Roman" w:eastAsia="宋体"/>
                <w:b w:val="0"/>
                <w:sz w:val="21"/>
              </w:rPr>
              <w:t>尖烽时刻商业运营模拟大赛</w:t>
            </w:r>
          </w:p>
        </w:tc>
        <w:tc>
          <w:tcPr>
            <w:tcW w:type="dxa" w:w="2878"/>
          </w:tcPr>
          <w:p>
            <w:pPr>
              <w:spacing w:after="20" w:before="20"/>
            </w:pPr>
            <w:r/>
            <w:r>
              <w:rPr>
                <w:rFonts w:ascii="Times New Roman" w:hAnsi="Times New Roman" w:eastAsia="宋体"/>
                <w:b w:val="0"/>
                <w:sz w:val="21"/>
              </w:rPr>
              <w:t>国C</w:t>
            </w:r>
          </w:p>
        </w:tc>
      </w:tr>
      <w:tr>
        <w:tc>
          <w:tcPr>
            <w:tcW w:type="dxa" w:w="2878"/>
          </w:tcPr>
          <w:p>
            <w:pPr>
              <w:spacing w:after="20" w:before="20"/>
            </w:pPr>
            <w:r/>
            <w:r>
              <w:rPr>
                <w:rFonts w:ascii="Times New Roman" w:hAnsi="Times New Roman" w:eastAsia="宋体"/>
                <w:b w:val="0"/>
                <w:sz w:val="21"/>
              </w:rPr>
              <w:t>43</w:t>
            </w:r>
          </w:p>
        </w:tc>
        <w:tc>
          <w:tcPr>
            <w:tcW w:type="dxa" w:w="2878"/>
          </w:tcPr>
          <w:p>
            <w:pPr>
              <w:spacing w:after="20" w:before="20"/>
            </w:pPr>
            <w:r/>
            <w:r>
              <w:rPr>
                <w:rFonts w:ascii="Times New Roman" w:hAnsi="Times New Roman" w:eastAsia="宋体"/>
                <w:b w:val="0"/>
                <w:sz w:val="21"/>
              </w:rPr>
              <w:t>CMAU全国大学生市场研究与商业策划大赛</w:t>
            </w:r>
          </w:p>
        </w:tc>
        <w:tc>
          <w:tcPr>
            <w:tcW w:type="dxa" w:w="2878"/>
          </w:tcPr>
          <w:p>
            <w:pPr>
              <w:spacing w:after="20" w:before="20"/>
            </w:pPr>
            <w:r/>
            <w:r>
              <w:rPr>
                <w:rFonts w:ascii="Times New Roman" w:hAnsi="Times New Roman" w:eastAsia="宋体"/>
                <w:b w:val="0"/>
                <w:sz w:val="21"/>
              </w:rPr>
              <w:t>国C</w:t>
            </w:r>
          </w:p>
        </w:tc>
      </w:tr>
      <w:tr>
        <w:tc>
          <w:tcPr>
            <w:tcW w:type="dxa" w:w="2878"/>
          </w:tcPr>
          <w:p>
            <w:pPr>
              <w:spacing w:after="20" w:before="20"/>
            </w:pPr>
            <w:r/>
            <w:r>
              <w:rPr>
                <w:rFonts w:ascii="Times New Roman" w:hAnsi="Times New Roman" w:eastAsia="宋体"/>
                <w:b w:val="0"/>
                <w:sz w:val="21"/>
              </w:rPr>
              <w:t>44</w:t>
            </w:r>
          </w:p>
        </w:tc>
        <w:tc>
          <w:tcPr>
            <w:tcW w:type="dxa" w:w="2878"/>
          </w:tcPr>
          <w:p>
            <w:pPr>
              <w:spacing w:after="20" w:before="20"/>
            </w:pPr>
            <w:r/>
            <w:r>
              <w:rPr>
                <w:rFonts w:ascii="Times New Roman" w:hAnsi="Times New Roman" w:eastAsia="宋体"/>
                <w:b w:val="0"/>
                <w:sz w:val="21"/>
              </w:rPr>
              <w:t>全国大学生数学竞赛</w:t>
            </w:r>
          </w:p>
        </w:tc>
        <w:tc>
          <w:tcPr>
            <w:tcW w:type="dxa" w:w="2878"/>
          </w:tcPr>
          <w:p>
            <w:pPr>
              <w:spacing w:after="20" w:before="20"/>
            </w:pPr>
            <w:r/>
            <w:r>
              <w:rPr>
                <w:rFonts w:ascii="Times New Roman" w:hAnsi="Times New Roman" w:eastAsia="宋体"/>
                <w:b w:val="0"/>
                <w:sz w:val="21"/>
              </w:rPr>
              <w:t>国C</w:t>
            </w:r>
          </w:p>
        </w:tc>
      </w:tr>
      <w:tr>
        <w:tc>
          <w:tcPr>
            <w:tcW w:type="dxa" w:w="2878"/>
          </w:tcPr>
          <w:p>
            <w:pPr>
              <w:spacing w:after="20" w:before="20"/>
            </w:pPr>
            <w:r/>
            <w:r>
              <w:rPr>
                <w:rFonts w:ascii="Times New Roman" w:hAnsi="Times New Roman" w:eastAsia="宋体"/>
                <w:b w:val="0"/>
                <w:sz w:val="21"/>
              </w:rPr>
              <w:t>45</w:t>
            </w:r>
          </w:p>
        </w:tc>
        <w:tc>
          <w:tcPr>
            <w:tcW w:type="dxa" w:w="2878"/>
          </w:tcPr>
          <w:p>
            <w:pPr>
              <w:spacing w:after="20" w:before="20"/>
            </w:pPr>
            <w:r/>
            <w:r>
              <w:rPr>
                <w:rFonts w:ascii="Times New Roman" w:hAnsi="Times New Roman" w:eastAsia="宋体"/>
                <w:b w:val="0"/>
                <w:sz w:val="21"/>
              </w:rPr>
              <w:t>“泰迪杯”数据挖掘挑战赛</w:t>
            </w:r>
          </w:p>
        </w:tc>
        <w:tc>
          <w:tcPr>
            <w:tcW w:type="dxa" w:w="2878"/>
          </w:tcPr>
          <w:p>
            <w:pPr>
              <w:spacing w:after="20" w:before="20"/>
            </w:pPr>
            <w:r/>
            <w:r>
              <w:rPr>
                <w:rFonts w:ascii="Times New Roman" w:hAnsi="Times New Roman" w:eastAsia="宋体"/>
                <w:b w:val="0"/>
                <w:sz w:val="21"/>
              </w:rPr>
              <w:t>国C</w:t>
            </w:r>
          </w:p>
        </w:tc>
      </w:tr>
      <w:tr>
        <w:tc>
          <w:tcPr>
            <w:tcW w:type="dxa" w:w="2878"/>
          </w:tcPr>
          <w:p>
            <w:pPr>
              <w:spacing w:after="20" w:before="20"/>
            </w:pPr>
            <w:r/>
            <w:r>
              <w:rPr>
                <w:rFonts w:ascii="Times New Roman" w:hAnsi="Times New Roman" w:eastAsia="宋体"/>
                <w:b w:val="0"/>
                <w:sz w:val="21"/>
              </w:rPr>
              <w:t>46</w:t>
            </w:r>
          </w:p>
        </w:tc>
        <w:tc>
          <w:tcPr>
            <w:tcW w:type="dxa" w:w="2878"/>
          </w:tcPr>
          <w:p>
            <w:pPr>
              <w:spacing w:after="20" w:before="20"/>
            </w:pPr>
            <w:r/>
            <w:r>
              <w:rPr>
                <w:rFonts w:ascii="Times New Roman" w:hAnsi="Times New Roman" w:eastAsia="宋体"/>
                <w:b w:val="0"/>
                <w:sz w:val="21"/>
              </w:rPr>
              <w:t>全国财经高校大学生信息素养大赛</w:t>
            </w:r>
          </w:p>
        </w:tc>
        <w:tc>
          <w:tcPr>
            <w:tcW w:type="dxa" w:w="2878"/>
          </w:tcPr>
          <w:p>
            <w:pPr>
              <w:spacing w:after="20" w:before="20"/>
            </w:pPr>
            <w:r/>
            <w:r>
              <w:rPr>
                <w:rFonts w:ascii="Times New Roman" w:hAnsi="Times New Roman" w:eastAsia="宋体"/>
                <w:b w:val="0"/>
                <w:sz w:val="21"/>
              </w:rPr>
              <w:t>国C</w:t>
            </w:r>
          </w:p>
        </w:tc>
      </w:tr>
      <w:tr>
        <w:tc>
          <w:tcPr>
            <w:tcW w:type="dxa" w:w="2878"/>
          </w:tcPr>
          <w:p>
            <w:pPr>
              <w:spacing w:after="20" w:before="20"/>
            </w:pPr>
            <w:r/>
            <w:r>
              <w:rPr>
                <w:rFonts w:ascii="Times New Roman" w:hAnsi="Times New Roman" w:eastAsia="宋体"/>
                <w:b w:val="0"/>
                <w:sz w:val="21"/>
              </w:rPr>
              <w:t>47</w:t>
            </w:r>
          </w:p>
        </w:tc>
        <w:tc>
          <w:tcPr>
            <w:tcW w:type="dxa" w:w="2878"/>
          </w:tcPr>
          <w:p>
            <w:pPr>
              <w:spacing w:after="20" w:before="20"/>
            </w:pPr>
            <w:r/>
            <w:r>
              <w:rPr>
                <w:rFonts w:ascii="Times New Roman" w:hAnsi="Times New Roman" w:eastAsia="宋体"/>
                <w:b w:val="0"/>
                <w:sz w:val="21"/>
              </w:rPr>
              <w:t>“中装杯”全国大学生环境设计大赛</w:t>
            </w:r>
          </w:p>
        </w:tc>
        <w:tc>
          <w:tcPr>
            <w:tcW w:type="dxa" w:w="2878"/>
          </w:tcPr>
          <w:p>
            <w:pPr>
              <w:spacing w:after="20" w:before="20"/>
            </w:pPr>
            <w:r/>
            <w:r>
              <w:rPr>
                <w:rFonts w:ascii="Times New Roman" w:hAnsi="Times New Roman" w:eastAsia="宋体"/>
                <w:b w:val="0"/>
                <w:sz w:val="21"/>
              </w:rPr>
              <w:t>国C</w:t>
            </w:r>
          </w:p>
        </w:tc>
      </w:tr>
      <w:tr>
        <w:tc>
          <w:tcPr>
            <w:tcW w:type="dxa" w:w="2878"/>
          </w:tcPr>
          <w:p>
            <w:pPr>
              <w:spacing w:after="20" w:before="20"/>
            </w:pPr>
            <w:r/>
            <w:r>
              <w:rPr>
                <w:rFonts w:ascii="Times New Roman" w:hAnsi="Times New Roman" w:eastAsia="宋体"/>
                <w:b w:val="0"/>
                <w:sz w:val="21"/>
              </w:rPr>
              <w:t>48</w:t>
            </w:r>
          </w:p>
        </w:tc>
        <w:tc>
          <w:tcPr>
            <w:tcW w:type="dxa" w:w="2878"/>
          </w:tcPr>
          <w:p>
            <w:pPr>
              <w:spacing w:after="20" w:before="20"/>
            </w:pPr>
            <w:r/>
            <w:r>
              <w:rPr>
                <w:rFonts w:ascii="Times New Roman" w:hAnsi="Times New Roman" w:eastAsia="宋体"/>
                <w:b w:val="0"/>
                <w:sz w:val="21"/>
              </w:rPr>
              <w:t>浙江省大学生法律职业能力竞赛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49</w:t>
            </w:r>
          </w:p>
        </w:tc>
        <w:tc>
          <w:tcPr>
            <w:tcW w:type="dxa" w:w="2878"/>
          </w:tcPr>
          <w:p>
            <w:pPr>
              <w:spacing w:after="20" w:before="20"/>
            </w:pPr>
            <w:r/>
            <w:r>
              <w:rPr>
                <w:rFonts w:ascii="Times New Roman" w:hAnsi="Times New Roman" w:eastAsia="宋体"/>
                <w:b w:val="0"/>
                <w:sz w:val="21"/>
              </w:rPr>
              <w:t>浙江省大学生经济管理案例竞赛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50</w:t>
            </w:r>
          </w:p>
        </w:tc>
        <w:tc>
          <w:tcPr>
            <w:tcW w:type="dxa" w:w="2878"/>
          </w:tcPr>
          <w:p>
            <w:pPr>
              <w:spacing w:after="20" w:before="20"/>
            </w:pPr>
            <w:r/>
            <w:r>
              <w:rPr>
                <w:rFonts w:ascii="Times New Roman" w:hAnsi="Times New Roman" w:eastAsia="宋体"/>
                <w:b w:val="0"/>
                <w:sz w:val="21"/>
              </w:rPr>
              <w:t>浙江省大学生财会信息化竞赛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51</w:t>
            </w:r>
          </w:p>
        </w:tc>
        <w:tc>
          <w:tcPr>
            <w:tcW w:type="dxa" w:w="2878"/>
          </w:tcPr>
          <w:p>
            <w:pPr>
              <w:spacing w:after="20" w:before="20"/>
            </w:pPr>
            <w:r/>
            <w:r>
              <w:rPr>
                <w:rFonts w:ascii="Times New Roman" w:hAnsi="Times New Roman" w:eastAsia="宋体"/>
                <w:b w:val="0"/>
                <w:sz w:val="21"/>
              </w:rPr>
              <w:t>浙江省大学生证券投资竞赛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52</w:t>
            </w:r>
          </w:p>
        </w:tc>
        <w:tc>
          <w:tcPr>
            <w:tcW w:type="dxa" w:w="2878"/>
          </w:tcPr>
          <w:p>
            <w:pPr>
              <w:spacing w:after="20" w:before="20"/>
            </w:pPr>
            <w:r/>
            <w:r>
              <w:rPr>
                <w:rFonts w:ascii="Times New Roman" w:hAnsi="Times New Roman" w:eastAsia="宋体"/>
                <w:b w:val="0"/>
                <w:sz w:val="21"/>
              </w:rPr>
              <w:t>“卡尔•马克思杯”浙江省大学生理论知识竞赛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53</w:t>
            </w:r>
          </w:p>
        </w:tc>
        <w:tc>
          <w:tcPr>
            <w:tcW w:type="dxa" w:w="2878"/>
          </w:tcPr>
          <w:p>
            <w:pPr>
              <w:spacing w:after="20" w:before="20"/>
            </w:pPr>
            <w:r/>
            <w:r>
              <w:rPr>
                <w:rFonts w:ascii="Times New Roman" w:hAnsi="Times New Roman" w:eastAsia="宋体"/>
                <w:b w:val="0"/>
                <w:sz w:val="21"/>
              </w:rPr>
              <w:t>浙江省大学生统计调查方案设计大赛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54</w:t>
            </w:r>
          </w:p>
        </w:tc>
        <w:tc>
          <w:tcPr>
            <w:tcW w:type="dxa" w:w="2878"/>
          </w:tcPr>
          <w:p>
            <w:pPr>
              <w:spacing w:after="20" w:before="20"/>
            </w:pPr>
            <w:r/>
            <w:r>
              <w:rPr>
                <w:rFonts w:ascii="Times New Roman" w:hAnsi="Times New Roman" w:eastAsia="宋体"/>
                <w:b w:val="0"/>
                <w:sz w:val="21"/>
              </w:rPr>
              <w:t>浙江省会展策划创意大赛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55</w:t>
            </w:r>
          </w:p>
        </w:tc>
        <w:tc>
          <w:tcPr>
            <w:tcW w:type="dxa" w:w="2878"/>
          </w:tcPr>
          <w:p>
            <w:pPr>
              <w:spacing w:after="20" w:before="20"/>
            </w:pPr>
            <w:r/>
            <w:r>
              <w:rPr>
                <w:rFonts w:ascii="Times New Roman" w:hAnsi="Times New Roman" w:eastAsia="宋体"/>
                <w:b w:val="0"/>
                <w:sz w:val="21"/>
              </w:rPr>
              <w:t>浙江省大学生机器人竞赛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56</w:t>
            </w:r>
          </w:p>
        </w:tc>
        <w:tc>
          <w:tcPr>
            <w:tcW w:type="dxa" w:w="2878"/>
          </w:tcPr>
          <w:p>
            <w:pPr>
              <w:spacing w:after="20" w:before="20"/>
            </w:pPr>
            <w:r/>
            <w:r>
              <w:rPr>
                <w:rFonts w:ascii="Times New Roman" w:hAnsi="Times New Roman" w:eastAsia="宋体"/>
                <w:b w:val="0"/>
                <w:sz w:val="21"/>
              </w:rPr>
              <w:t>浙江省大学生多媒体作品设计竞赛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57</w:t>
            </w:r>
          </w:p>
        </w:tc>
        <w:tc>
          <w:tcPr>
            <w:tcW w:type="dxa" w:w="2878"/>
          </w:tcPr>
          <w:p>
            <w:pPr>
              <w:spacing w:after="20" w:before="20"/>
            </w:pPr>
            <w:r/>
            <w:r>
              <w:rPr>
                <w:rFonts w:ascii="Times New Roman" w:hAnsi="Times New Roman" w:eastAsia="宋体"/>
                <w:b w:val="0"/>
                <w:sz w:val="21"/>
              </w:rPr>
              <w:t>浙江省大学生摄影竞赛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58</w:t>
            </w:r>
          </w:p>
        </w:tc>
        <w:tc>
          <w:tcPr>
            <w:tcW w:type="dxa" w:w="2878"/>
          </w:tcPr>
          <w:p>
            <w:pPr>
              <w:spacing w:after="20" w:before="20"/>
            </w:pPr>
            <w:r/>
            <w:r>
              <w:rPr>
                <w:rFonts w:ascii="Times New Roman" w:hAnsi="Times New Roman" w:eastAsia="宋体"/>
                <w:b w:val="0"/>
                <w:sz w:val="21"/>
              </w:rPr>
              <w:t>浙江省大学生金融创新大赛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59</w:t>
            </w:r>
          </w:p>
        </w:tc>
        <w:tc>
          <w:tcPr>
            <w:tcW w:type="dxa" w:w="2878"/>
          </w:tcPr>
          <w:p>
            <w:pPr>
              <w:spacing w:after="20" w:before="20"/>
            </w:pPr>
            <w:r/>
            <w:r>
              <w:rPr>
                <w:rFonts w:ascii="Times New Roman" w:hAnsi="Times New Roman" w:eastAsia="宋体"/>
                <w:b w:val="0"/>
                <w:sz w:val="21"/>
              </w:rPr>
              <w:t>浙江省大学生企业经营沙盘模拟竞赛</w:t>
            </w:r>
          </w:p>
        </w:tc>
        <w:tc>
          <w:tcPr>
            <w:tcW w:type="dxa" w:w="2878"/>
          </w:tcPr>
          <w:p>
            <w:pPr>
              <w:spacing w:after="20" w:before="20"/>
            </w:pPr>
            <w:r/>
            <w:r>
              <w:rPr>
                <w:rFonts w:ascii="Times New Roman" w:hAnsi="Times New Roman" w:eastAsia="宋体"/>
                <w:b w:val="0"/>
                <w:sz w:val="21"/>
              </w:rPr>
              <w:t>省A</w:t>
            </w:r>
          </w:p>
        </w:tc>
      </w:tr>
      <w:tr>
        <w:tc>
          <w:tcPr>
            <w:tcW w:type="dxa" w:w="2878"/>
          </w:tcPr>
          <w:p>
            <w:pPr>
              <w:spacing w:after="20" w:before="20"/>
            </w:pPr>
            <w:r/>
            <w:r>
              <w:rPr>
                <w:rFonts w:ascii="Times New Roman" w:hAnsi="Times New Roman" w:eastAsia="宋体"/>
                <w:b w:val="0"/>
                <w:sz w:val="21"/>
              </w:rPr>
              <w:t>60</w:t>
            </w:r>
          </w:p>
        </w:tc>
        <w:tc>
          <w:tcPr>
            <w:tcW w:type="dxa" w:w="2878"/>
          </w:tcPr>
          <w:p>
            <w:pPr>
              <w:spacing w:after="20" w:before="20"/>
            </w:pPr>
            <w:r/>
            <w:r>
              <w:rPr>
                <w:rFonts w:ascii="Times New Roman" w:hAnsi="Times New Roman" w:eastAsia="宋体"/>
                <w:b w:val="0"/>
                <w:sz w:val="21"/>
              </w:rPr>
              <w:t>浙江省大学生高等数学竞赛</w:t>
            </w:r>
          </w:p>
        </w:tc>
        <w:tc>
          <w:tcPr>
            <w:tcW w:type="dxa" w:w="2878"/>
          </w:tcPr>
          <w:p>
            <w:pPr>
              <w:spacing w:after="20" w:before="20"/>
            </w:pPr>
            <w:r/>
            <w:r>
              <w:rPr>
                <w:rFonts w:ascii="Times New Roman" w:hAnsi="Times New Roman" w:eastAsia="宋体"/>
                <w:b w:val="0"/>
                <w:sz w:val="21"/>
              </w:rPr>
              <w:t>省B</w:t>
            </w:r>
          </w:p>
        </w:tc>
      </w:tr>
      <w:tr>
        <w:tc>
          <w:tcPr>
            <w:tcW w:type="dxa" w:w="2878"/>
          </w:tcPr>
          <w:p>
            <w:pPr>
              <w:spacing w:after="20" w:before="20"/>
            </w:pPr>
            <w:r/>
            <w:r>
              <w:rPr>
                <w:rFonts w:ascii="Times New Roman" w:hAnsi="Times New Roman" w:eastAsia="宋体"/>
                <w:b w:val="0"/>
                <w:sz w:val="21"/>
              </w:rPr>
              <w:t>61</w:t>
            </w:r>
          </w:p>
        </w:tc>
        <w:tc>
          <w:tcPr>
            <w:tcW w:type="dxa" w:w="2878"/>
          </w:tcPr>
          <w:p>
            <w:pPr>
              <w:spacing w:after="20" w:before="20"/>
            </w:pPr>
            <w:r/>
            <w:r>
              <w:rPr>
                <w:rFonts w:ascii="Times New Roman" w:hAnsi="Times New Roman" w:eastAsia="宋体"/>
                <w:b w:val="0"/>
                <w:sz w:val="21"/>
              </w:rPr>
              <w:t>“筱祥杯”浙江省风景园林大学生设计竞赛</w:t>
            </w:r>
          </w:p>
        </w:tc>
        <w:tc>
          <w:tcPr>
            <w:tcW w:type="dxa" w:w="2878"/>
          </w:tcPr>
          <w:p>
            <w:pPr>
              <w:spacing w:after="20" w:before="20"/>
            </w:pPr>
            <w:r/>
            <w:r>
              <w:rPr>
                <w:rFonts w:ascii="Times New Roman" w:hAnsi="Times New Roman" w:eastAsia="宋体"/>
                <w:b w:val="0"/>
                <w:sz w:val="21"/>
              </w:rPr>
              <w:t>省B</w:t>
            </w:r>
          </w:p>
        </w:tc>
      </w:tr>
    </w:tbl>
    <w:p>
      <w:pPr>
        <w:spacing w:after="80" w:lineRule="auto" w:line="360"/>
        <w:ind w:firstLine="482"/>
        <w:jc w:val="both"/>
      </w:pPr>
      <w:r>
        <w:rPr>
          <w:rFonts w:ascii="Times New Roman" w:hAnsi="Times New Roman" w:eastAsia="宋体"/>
          <w:b w:val="0"/>
          <w:sz w:val="24"/>
        </w:rPr>
        <w:t>附件2</w:t>
      </w:r>
    </w:p>
    <w:p>
      <w:pPr>
        <w:spacing w:after="80" w:lineRule="auto" w:line="360"/>
        <w:ind w:firstLine="482"/>
        <w:jc w:val="both"/>
      </w:pPr>
      <w:r>
        <w:rPr>
          <w:rFonts w:ascii="Times New Roman" w:hAnsi="Times New Roman" w:eastAsia="宋体"/>
          <w:b w:val="0"/>
          <w:sz w:val="24"/>
        </w:rPr>
        <w:t>浙江财经大学研究生竞赛立项定级表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名称</w:t>
            </w:r>
          </w:p>
        </w:tc>
        <w:tc>
          <w:tcPr>
            <w:tcW w:type="dxa" w:w="2878"/>
          </w:tcPr>
          <w:p>
            <w:pPr>
              <w:spacing w:after="20" w:before="20"/>
            </w:pPr>
            <w:r/>
            <w:r>
              <w:rPr>
                <w:rFonts w:ascii="Times New Roman" w:hAnsi="Times New Roman" w:eastAsia="宋体"/>
                <w:b/>
                <w:sz w:val="21"/>
              </w:rPr>
              <w:t>级别</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中国研究生智慧城市技术与创意设计大赛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中国研究生未来飞行器创新大赛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中国研究生数学建模竞赛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中国研究生电子设计竞赛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中国研究生创“芯”大赛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中国研究生人工智能创新大赛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中国研究生机器人创新设计大赛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中国研究生能源装备创新设计大赛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中国研究生公共管理案例大赛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中国研究生乡村振兴科技强农+创新大赛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11</w:t>
            </w:r>
          </w:p>
        </w:tc>
        <w:tc>
          <w:tcPr>
            <w:tcW w:type="dxa" w:w="2878"/>
          </w:tcPr>
          <w:p>
            <w:pPr>
              <w:spacing w:after="20" w:before="20"/>
            </w:pPr>
            <w:r/>
            <w:r>
              <w:rPr>
                <w:rFonts w:ascii="Times New Roman" w:hAnsi="Times New Roman" w:eastAsia="宋体"/>
                <w:b w:val="0"/>
                <w:sz w:val="21"/>
              </w:rPr>
              <w:t>中国研究生网络安全创新大赛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八、浙江省大学生高等数学竞赛</w:t>
      </w:r>
    </w:p>
    <w:p>
      <w:pPr>
        <w:spacing w:after="80" w:lineRule="auto" w:line="360"/>
        <w:ind w:firstLine="482"/>
        <w:jc w:val="both"/>
      </w:pPr>
      <w:r>
        <w:rPr>
          <w:rFonts w:ascii="Times New Roman" w:hAnsi="Times New Roman" w:eastAsia="宋体"/>
          <w:b w:val="0"/>
          <w:sz w:val="24"/>
        </w:rPr>
        <w:t>级别：省B</w:t>
      </w:r>
    </w:p>
    <w:p>
      <w:pPr>
        <w:spacing w:before="160" w:after="80" w:lineRule="auto" w:line="360"/>
        <w:jc w:val="left"/>
      </w:pPr>
      <w:r>
        <w:rPr>
          <w:rFonts w:ascii="Times New Roman" w:hAnsi="Times New Roman" w:eastAsia="宋体"/>
          <w:b/>
          <w:sz w:val="28"/>
        </w:rPr>
        <w:t>九、“筱祥杯”浙江省风景园林大学生设计竞赛</w:t>
      </w:r>
    </w:p>
    <w:p>
      <w:pPr>
        <w:spacing w:after="80" w:lineRule="auto" w:line="360"/>
        <w:ind w:firstLine="482"/>
        <w:jc w:val="both"/>
      </w:pPr>
      <w:r>
        <w:rPr>
          <w:rFonts w:ascii="Times New Roman" w:hAnsi="Times New Roman" w:eastAsia="宋体"/>
          <w:b w:val="0"/>
          <w:sz w:val="24"/>
        </w:rPr>
        <w:t>级别：省B</w:t>
      </w:r>
    </w:p>
    <w:p>
      <w:pPr>
        <w:spacing w:before="160" w:after="80" w:lineRule="auto" w:line="360"/>
        <w:jc w:val="left"/>
      </w:pPr>
      <w:r>
        <w:rPr>
          <w:rFonts w:ascii="Times New Roman" w:hAnsi="Times New Roman" w:eastAsia="宋体"/>
          <w:b/>
          <w:sz w:val="28"/>
        </w:rPr>
        <w:t>十、附件2 浙江财经大学研究生竞赛立项定级表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名称</w:t>
            </w:r>
          </w:p>
        </w:tc>
        <w:tc>
          <w:tcPr>
            <w:tcW w:type="dxa" w:w="2878"/>
          </w:tcPr>
          <w:p>
            <w:pPr>
              <w:spacing w:after="20" w:before="20"/>
            </w:pPr>
            <w:r/>
            <w:r>
              <w:rPr>
                <w:rFonts w:ascii="Times New Roman" w:hAnsi="Times New Roman" w:eastAsia="宋体"/>
                <w:b/>
                <w:sz w:val="21"/>
              </w:rPr>
              <w:t>级别</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中国研究生智慧城市技术与创意设计大赛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中国研究生未来飞行器创新大赛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中国研究生数学建模竞赛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中国研究生电子设计竞赛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中国研究生创“芯”大赛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中国研究生人工智能创新大赛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中国研究生机器人创新设计大赛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中国研究生能源装备创新设计大赛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中国研究生公共管理案例大赛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中国研究生乡村振兴科技强农+创新大赛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11</w:t>
            </w:r>
          </w:p>
        </w:tc>
        <w:tc>
          <w:tcPr>
            <w:tcW w:type="dxa" w:w="2878"/>
          </w:tcPr>
          <w:p>
            <w:pPr>
              <w:spacing w:after="20" w:before="20"/>
            </w:pPr>
            <w:r/>
            <w:r>
              <w:rPr>
                <w:rFonts w:ascii="Times New Roman" w:hAnsi="Times New Roman" w:eastAsia="宋体"/>
                <w:b w:val="0"/>
                <w:sz w:val="21"/>
              </w:rPr>
              <w:t>中国研究生网络安全创新大赛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t>中国研究生“双碳”创新与创意大赛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13</w:t>
            </w:r>
          </w:p>
        </w:tc>
        <w:tc>
          <w:tcPr>
            <w:tcW w:type="dxa" w:w="2878"/>
          </w:tcPr>
          <w:p>
            <w:pPr>
              <w:spacing w:after="20" w:before="20"/>
            </w:pPr>
            <w:r/>
            <w:r>
              <w:rPr>
                <w:rFonts w:ascii="Times New Roman" w:hAnsi="Times New Roman" w:eastAsia="宋体"/>
                <w:b w:val="0"/>
                <w:sz w:val="21"/>
              </w:rPr>
              <w:t>中国研究生金融科技创新大赛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14</w:t>
            </w:r>
          </w:p>
        </w:tc>
        <w:tc>
          <w:tcPr>
            <w:tcW w:type="dxa" w:w="2878"/>
          </w:tcPr>
          <w:p>
            <w:pPr>
              <w:spacing w:after="20" w:before="20"/>
            </w:pPr>
            <w:r/>
            <w:r>
              <w:rPr>
                <w:rFonts w:ascii="Times New Roman" w:hAnsi="Times New Roman" w:eastAsia="宋体"/>
                <w:b w:val="0"/>
                <w:sz w:val="21"/>
              </w:rPr>
              <w:t>中国研究生“美丽中国”创新设计大赛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中国研究生工程管理案例大赛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16</w:t>
            </w:r>
          </w:p>
        </w:tc>
        <w:tc>
          <w:tcPr>
            <w:tcW w:type="dxa" w:w="2878"/>
          </w:tcPr>
          <w:p>
            <w:pPr>
              <w:spacing w:after="20" w:before="20"/>
            </w:pPr>
            <w:r/>
            <w:r>
              <w:rPr>
                <w:rFonts w:ascii="Times New Roman" w:hAnsi="Times New Roman" w:eastAsia="宋体"/>
                <w:b w:val="0"/>
                <w:sz w:val="21"/>
              </w:rPr>
              <w:t>中国研究生企业管理创新大赛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17</w:t>
            </w:r>
          </w:p>
        </w:tc>
        <w:tc>
          <w:tcPr>
            <w:tcW w:type="dxa" w:w="2878"/>
          </w:tcPr>
          <w:p>
            <w:pPr>
              <w:spacing w:after="20" w:before="20"/>
            </w:pPr>
            <w:r/>
            <w:r>
              <w:rPr>
                <w:rFonts w:ascii="Times New Roman" w:hAnsi="Times New Roman" w:eastAsia="宋体"/>
                <w:b w:val="0"/>
                <w:sz w:val="21"/>
              </w:rPr>
              <w:t>中国研究生操作系统开源创新大赛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18</w:t>
            </w:r>
          </w:p>
        </w:tc>
        <w:tc>
          <w:tcPr>
            <w:tcW w:type="dxa" w:w="2878"/>
          </w:tcPr>
          <w:p>
            <w:pPr>
              <w:spacing w:after="20" w:before="20"/>
            </w:pPr>
            <w:r/>
            <w:r>
              <w:rPr>
                <w:rFonts w:ascii="Times New Roman" w:hAnsi="Times New Roman" w:eastAsia="宋体"/>
                <w:b w:val="0"/>
                <w:sz w:val="21"/>
              </w:rPr>
              <w:t>中国研究生“文化中国”两创大赛</w:t>
            </w:r>
          </w:p>
        </w:tc>
        <w:tc>
          <w:tcPr>
            <w:tcW w:type="dxa" w:w="2878"/>
          </w:tcPr>
          <w:p>
            <w:pPr>
              <w:spacing w:after="20" w:before="20"/>
            </w:pPr>
            <w:r/>
            <w:r>
              <w:rPr>
                <w:rFonts w:ascii="Times New Roman" w:hAnsi="Times New Roman" w:eastAsia="宋体"/>
                <w:b w:val="0"/>
                <w:sz w:val="21"/>
              </w:rPr>
              <w:t>国A</w:t>
            </w:r>
          </w:p>
        </w:tc>
      </w:tr>
      <w:tr>
        <w:tc>
          <w:tcPr>
            <w:tcW w:type="dxa" w:w="2878"/>
          </w:tcPr>
          <w:p>
            <w:pPr>
              <w:spacing w:after="20" w:before="20"/>
            </w:pPr>
            <w:r/>
            <w:r>
              <w:rPr>
                <w:rFonts w:ascii="Times New Roman" w:hAnsi="Times New Roman" w:eastAsia="宋体"/>
                <w:b w:val="0"/>
                <w:sz w:val="21"/>
              </w:rPr>
              <w:t>19</w:t>
            </w:r>
          </w:p>
        </w:tc>
        <w:tc>
          <w:tcPr>
            <w:tcW w:type="dxa" w:w="2878"/>
          </w:tcPr>
          <w:p>
            <w:pPr>
              <w:spacing w:after="20" w:before="20"/>
            </w:pPr>
            <w:r/>
            <w:r>
              <w:rPr>
                <w:rFonts w:ascii="Times New Roman" w:hAnsi="Times New Roman" w:eastAsia="宋体"/>
                <w:b w:val="0"/>
                <w:sz w:val="21"/>
              </w:rPr>
              <w:t>中国研究生国际中文教育案例大赛</w:t>
            </w:r>
          </w:p>
        </w:tc>
        <w:tc>
          <w:tcPr>
            <w:tcW w:type="dxa" w:w="2878"/>
          </w:tcPr>
          <w:p>
            <w:pPr>
              <w:spacing w:after="20" w:before="20"/>
            </w:pPr>
            <w:r/>
            <w:r>
              <w:rPr>
                <w:rFonts w:ascii="Times New Roman" w:hAnsi="Times New Roman" w:eastAsia="宋体"/>
                <w:b w:val="0"/>
                <w:sz w:val="21"/>
              </w:rPr>
              <w:t>国A</w:t>
            </w:r>
          </w:p>
        </w:tc>
      </w:tr>
    </w:tbl>
    <w:p>
      <w:pPr>
        <w:spacing w:after="80" w:lineRule="auto" w:line="360"/>
        <w:ind w:firstLine="482"/>
        <w:jc w:val="both"/>
      </w:pPr>
      <w:r>
        <w:rPr>
          <w:rFonts w:ascii="Times New Roman" w:hAnsi="Times New Roman" w:eastAsia="宋体"/>
          <w:b w:val="0"/>
          <w:sz w:val="24"/>
        </w:rPr>
        <w:t>备注：以上为2024年“中国研究生创新实践系列大赛”赛事目录，如有变动，以认定当年中国研究生创新实践系列大赛官方网站公布赛事为准。由全国专业学位研究生教育指导委员会主办的全国性研究生学科竞赛，统一定级为国B。</w:t>
      </w:r>
    </w:p>
    <w:p>
      <w:pPr>
        <w:spacing w:before="160" w:after="80" w:lineRule="auto" w:line="360"/>
        <w:jc w:val="left"/>
      </w:pPr>
      <w:r>
        <w:rPr>
          <w:rFonts w:ascii="Times New Roman" w:hAnsi="Times New Roman" w:eastAsia="宋体"/>
          <w:b/>
          <w:sz w:val="28"/>
        </w:rPr>
        <w:t>四、附件3 浙江财经大学创新创业系列竞赛定级表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名称</w:t>
            </w:r>
          </w:p>
        </w:tc>
        <w:tc>
          <w:tcPr>
            <w:tcW w:type="dxa" w:w="2158"/>
          </w:tcPr>
          <w:p>
            <w:pPr>
              <w:spacing w:after="20" w:before="20"/>
            </w:pPr>
            <w:r/>
            <w:r>
              <w:rPr>
                <w:rFonts w:ascii="Times New Roman" w:hAnsi="Times New Roman" w:eastAsia="宋体"/>
                <w:b/>
                <w:sz w:val="21"/>
              </w:rPr>
              <w:t>级别</w:t>
            </w:r>
          </w:p>
        </w:tc>
        <w:tc>
          <w:tcPr>
            <w:tcW w:type="dxa" w:w="2158"/>
          </w:tcPr>
          <w:p>
            <w:pPr>
              <w:spacing w:after="20" w:before="20"/>
            </w:pPr>
            <w:r/>
            <w:r>
              <w:rPr>
                <w:rFonts w:ascii="Times New Roman" w:hAnsi="Times New Roman" w:eastAsia="宋体"/>
                <w:b/>
                <w:sz w:val="21"/>
              </w:rPr>
              <w:t>负责部门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w:t>
            </w:r>
          </w:p>
        </w:tc>
        <w:tc>
          <w:tcPr>
            <w:tcW w:type="dxa" w:w="2158"/>
          </w:tcPr>
          <w:p>
            <w:pPr>
              <w:spacing w:after="20" w:before="20"/>
            </w:pPr>
            <w:r/>
            <w:r>
              <w:rPr>
                <w:rFonts w:ascii="Times New Roman" w:hAnsi="Times New Roman" w:eastAsia="宋体"/>
                <w:b w:val="0"/>
                <w:sz w:val="21"/>
              </w:rPr>
              <w:t>国A、省A</w:t>
            </w:r>
          </w:p>
        </w:tc>
        <w:tc>
          <w:tcPr>
            <w:tcW w:type="dxa" w:w="2158"/>
          </w:tcPr>
          <w:p>
            <w:pPr>
              <w:spacing w:after="20" w:before="20"/>
            </w:pPr>
            <w:r/>
            <w:r>
              <w:rPr>
                <w:rFonts w:ascii="Times New Roman" w:hAnsi="Times New Roman" w:eastAsia="宋体"/>
                <w:b w:val="0"/>
                <w:sz w:val="21"/>
              </w:rPr>
              <w:t>创业学院</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国家级大学生创新创业训练计划项目年会</w:t>
            </w:r>
          </w:p>
        </w:tc>
        <w:tc>
          <w:tcPr>
            <w:tcW w:type="dxa" w:w="2158"/>
          </w:tcPr>
          <w:p>
            <w:pPr>
              <w:spacing w:after="20" w:before="20"/>
            </w:pPr>
            <w:r/>
            <w:r>
              <w:rPr>
                <w:rFonts w:ascii="Times New Roman" w:hAnsi="Times New Roman" w:eastAsia="宋体"/>
                <w:b w:val="0"/>
                <w:sz w:val="21"/>
              </w:rPr>
              <w:t>国A</w:t>
            </w:r>
          </w:p>
        </w:tc>
        <w:tc>
          <w:tcPr>
            <w:tcW w:type="dxa" w:w="2158"/>
          </w:tcPr>
          <w:p>
            <w:pPr>
              <w:spacing w:after="20" w:before="20"/>
            </w:pPr>
            <w:r/>
            <w:r>
              <w:rPr>
                <w:rFonts w:ascii="Times New Roman" w:hAnsi="Times New Roman" w:eastAsia="宋体"/>
                <w:b w:val="0"/>
                <w:sz w:val="21"/>
              </w:rPr>
              <w:t>创业学院</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“挑战杯”全国大学生课外学术科技作品竞赛</w:t>
            </w:r>
          </w:p>
        </w:tc>
        <w:tc>
          <w:tcPr>
            <w:tcW w:type="dxa" w:w="2158"/>
          </w:tcPr>
          <w:p>
            <w:pPr>
              <w:spacing w:after="20" w:before="20"/>
            </w:pPr>
            <w:r/>
            <w:r>
              <w:rPr>
                <w:rFonts w:ascii="Times New Roman" w:hAnsi="Times New Roman" w:eastAsia="宋体"/>
                <w:b w:val="0"/>
                <w:sz w:val="21"/>
              </w:rPr>
              <w:t>国A、省A</w:t>
            </w:r>
          </w:p>
        </w:tc>
        <w:tc>
          <w:tcPr>
            <w:tcW w:type="dxa" w:w="2158"/>
          </w:tcPr>
          <w:p>
            <w:pPr>
              <w:spacing w:after="20" w:before="20"/>
            </w:pPr>
            <w:r/>
            <w:r>
              <w:rPr>
                <w:rFonts w:ascii="Times New Roman" w:hAnsi="Times New Roman" w:eastAsia="宋体"/>
                <w:b w:val="0"/>
                <w:sz w:val="21"/>
              </w:rPr>
              <w:t>团委</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“挑战杯”中国大学生创业计划大赛</w:t>
            </w:r>
          </w:p>
        </w:tc>
        <w:tc>
          <w:tcPr>
            <w:tcW w:type="dxa" w:w="2158"/>
          </w:tcPr>
          <w:p>
            <w:pPr>
              <w:spacing w:after="20" w:before="20"/>
            </w:pPr>
            <w:r/>
            <w:r>
              <w:rPr>
                <w:rFonts w:ascii="Times New Roman" w:hAnsi="Times New Roman" w:eastAsia="宋体"/>
                <w:b w:val="0"/>
                <w:sz w:val="21"/>
              </w:rPr>
              <w:t>国A、省A</w:t>
            </w:r>
          </w:p>
        </w:tc>
        <w:tc>
          <w:tcPr>
            <w:tcW w:type="dxa" w:w="2158"/>
          </w:tcPr>
          <w:p>
            <w:pPr>
              <w:spacing w:after="20" w:before="20"/>
            </w:pPr>
            <w:r/>
            <w:r>
              <w:rPr>
                <w:rFonts w:ascii="Times New Roman" w:hAnsi="Times New Roman" w:eastAsia="宋体"/>
                <w:b w:val="0"/>
                <w:sz w:val="21"/>
              </w:rPr>
              <w:t>团委</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国A、省A</w:t>
            </w:r>
          </w:p>
        </w:tc>
        <w:tc>
          <w:tcPr>
            <w:tcW w:type="dxa" w:w="2158"/>
          </w:tcPr>
          <w:p>
            <w:pPr>
              <w:spacing w:after="20" w:before="20"/>
            </w:pPr>
            <w:r/>
            <w:r>
              <w:rPr>
                <w:rFonts w:ascii="Times New Roman" w:hAnsi="Times New Roman" w:eastAsia="宋体"/>
                <w:b w:val="0"/>
                <w:sz w:val="21"/>
              </w:rPr>
              <w:t>学生处</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全国财经院校创新创业大赛</w:t>
            </w:r>
          </w:p>
        </w:tc>
        <w:tc>
          <w:tcPr>
            <w:tcW w:type="dxa" w:w="2158"/>
          </w:tcPr>
          <w:p>
            <w:pPr>
              <w:spacing w:after="20" w:before="20"/>
            </w:pPr>
            <w:r/>
            <w:r>
              <w:rPr>
                <w:rFonts w:ascii="Times New Roman" w:hAnsi="Times New Roman" w:eastAsia="宋体"/>
                <w:b w:val="0"/>
                <w:sz w:val="21"/>
              </w:rPr>
              <w:t>国B</w:t>
            </w:r>
          </w:p>
        </w:tc>
        <w:tc>
          <w:tcPr>
            <w:tcW w:type="dxa" w:w="2158"/>
          </w:tcPr>
          <w:p>
            <w:pPr>
              <w:spacing w:after="20" w:before="20"/>
            </w:pPr>
            <w:r/>
            <w:r>
              <w:rPr>
                <w:rFonts w:ascii="Times New Roman" w:hAnsi="Times New Roman" w:eastAsia="宋体"/>
                <w:b w:val="0"/>
                <w:sz w:val="21"/>
              </w:rPr>
              <w:t>创业学院</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全国大学生微创业大赛</w:t>
            </w:r>
          </w:p>
        </w:tc>
        <w:tc>
          <w:tcPr>
            <w:tcW w:type="dxa" w:w="2158"/>
          </w:tcPr>
          <w:p>
            <w:pPr>
              <w:spacing w:after="20" w:before="20"/>
            </w:pPr>
            <w:r/>
            <w:r>
              <w:rPr>
                <w:rFonts w:ascii="Times New Roman" w:hAnsi="Times New Roman" w:eastAsia="宋体"/>
                <w:b w:val="0"/>
                <w:sz w:val="21"/>
              </w:rPr>
              <w:t>国B</w:t>
            </w:r>
          </w:p>
        </w:tc>
        <w:tc>
          <w:tcPr>
            <w:tcW w:type="dxa" w:w="2158"/>
          </w:tcPr>
          <w:p>
            <w:pPr>
              <w:spacing w:after="20" w:before="20"/>
            </w:pPr>
            <w:r/>
            <w:r>
              <w:rPr>
                <w:rFonts w:ascii="Times New Roman" w:hAnsi="Times New Roman" w:eastAsia="宋体"/>
                <w:b w:val="0"/>
                <w:sz w:val="21"/>
              </w:rPr>
              <w:t>创业学院</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中国杭州大学生创业大赛</w:t>
            </w:r>
          </w:p>
        </w:tc>
        <w:tc>
          <w:tcPr>
            <w:tcW w:type="dxa" w:w="2158"/>
          </w:tcPr>
          <w:p>
            <w:pPr>
              <w:spacing w:after="20" w:before="20"/>
            </w:pPr>
            <w:r/>
            <w:r>
              <w:rPr>
                <w:rFonts w:ascii="Times New Roman" w:hAnsi="Times New Roman" w:eastAsia="宋体"/>
                <w:b w:val="0"/>
                <w:sz w:val="21"/>
              </w:rPr>
              <w:t>国B</w:t>
            </w:r>
          </w:p>
        </w:tc>
        <w:tc>
          <w:tcPr>
            <w:tcW w:type="dxa" w:w="2158"/>
          </w:tcPr>
          <w:p>
            <w:pPr>
              <w:spacing w:after="20" w:before="20"/>
            </w:pPr>
            <w:r/>
            <w:r>
              <w:rPr>
                <w:rFonts w:ascii="Times New Roman" w:hAnsi="Times New Roman" w:eastAsia="宋体"/>
                <w:b w:val="0"/>
                <w:sz w:val="21"/>
              </w:rPr>
              <w:t>创业学院</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中美青年创客大赛</w:t>
            </w:r>
          </w:p>
        </w:tc>
        <w:tc>
          <w:tcPr>
            <w:tcW w:type="dxa" w:w="2158"/>
          </w:tcPr>
          <w:p>
            <w:pPr>
              <w:spacing w:after="20" w:before="20"/>
            </w:pPr>
            <w:r/>
            <w:r>
              <w:rPr>
                <w:rFonts w:ascii="Times New Roman" w:hAnsi="Times New Roman" w:eastAsia="宋体"/>
                <w:b w:val="0"/>
                <w:sz w:val="21"/>
              </w:rPr>
              <w:t>国B</w:t>
            </w:r>
          </w:p>
        </w:tc>
        <w:tc>
          <w:tcPr>
            <w:tcW w:type="dxa" w:w="2158"/>
          </w:tcPr>
          <w:p>
            <w:pPr>
              <w:spacing w:after="20" w:before="20"/>
            </w:pPr>
            <w:r/>
            <w:r>
              <w:rPr>
                <w:rFonts w:ascii="Times New Roman" w:hAnsi="Times New Roman" w:eastAsia="宋体"/>
                <w:b w:val="0"/>
                <w:sz w:val="21"/>
              </w:rPr>
              <w:t>创业学院</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“学创杯”全国大学生创业综合模拟大赛</w:t>
            </w:r>
          </w:p>
        </w:tc>
        <w:tc>
          <w:tcPr>
            <w:tcW w:type="dxa" w:w="2158"/>
          </w:tcPr>
          <w:p>
            <w:pPr>
              <w:spacing w:after="20" w:before="20"/>
            </w:pPr>
            <w:r/>
            <w:r>
              <w:rPr>
                <w:rFonts w:ascii="Times New Roman" w:hAnsi="Times New Roman" w:eastAsia="宋体"/>
                <w:b w:val="0"/>
                <w:sz w:val="21"/>
              </w:rPr>
              <w:t>国B</w:t>
            </w:r>
          </w:p>
        </w:tc>
        <w:tc>
          <w:tcPr>
            <w:tcW w:type="dxa" w:w="2158"/>
          </w:tcPr>
          <w:p>
            <w:pPr>
              <w:spacing w:after="20" w:before="20"/>
            </w:pPr>
            <w:r/>
            <w:r>
              <w:rPr>
                <w:rFonts w:ascii="Times New Roman" w:hAnsi="Times New Roman" w:eastAsia="宋体"/>
                <w:b w:val="0"/>
                <w:sz w:val="21"/>
              </w:rPr>
              <w:t>创业学院</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浙江省大学生乡村振兴创意大赛</w:t>
            </w:r>
          </w:p>
        </w:tc>
        <w:tc>
          <w:tcPr>
            <w:tcW w:type="dxa" w:w="2158"/>
          </w:tcPr>
          <w:p>
            <w:pPr>
              <w:spacing w:after="20" w:before="20"/>
            </w:pPr>
            <w:r/>
            <w:r>
              <w:rPr>
                <w:rFonts w:ascii="Times New Roman" w:hAnsi="Times New Roman" w:eastAsia="宋体"/>
                <w:b w:val="0"/>
                <w:sz w:val="21"/>
              </w:rPr>
              <w:t>省A</w:t>
            </w:r>
          </w:p>
        </w:tc>
        <w:tc>
          <w:tcPr>
            <w:tcW w:type="dxa" w:w="2158"/>
          </w:tcPr>
          <w:p>
            <w:pPr>
              <w:spacing w:after="20" w:before="20"/>
            </w:pPr>
            <w:r/>
            <w:r>
              <w:rPr>
                <w:rFonts w:ascii="Times New Roman" w:hAnsi="Times New Roman" w:eastAsia="宋体"/>
                <w:b w:val="0"/>
                <w:sz w:val="21"/>
              </w:rPr>
              <w:t>创业学院</w:t>
            </w:r>
          </w:p>
        </w:tc>
      </w:tr>
    </w:tbl>
    <w:p>
      <w:pPr>
        <w:spacing w:before="160" w:after="80" w:lineRule="auto" w:line="360"/>
        <w:jc w:val="left"/>
      </w:pPr>
      <w:r>
        <w:rPr>
          <w:rFonts w:ascii="Times New Roman" w:hAnsi="Times New Roman" w:eastAsia="宋体"/>
          <w:b/>
          <w:sz w:val="28"/>
        </w:rPr>
        <w:t>五、附件4 浙江财经大学本科生科技竞赛项目申请表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项目</w:t>
            </w:r>
          </w:p>
        </w:tc>
        <w:tc>
          <w:tcPr>
            <w:tcW w:type="dxa" w:w="4317"/>
          </w:tcPr>
          <w:p>
            <w:pPr>
              <w:spacing w:after="20" w:before="20"/>
            </w:pPr>
            <w:r/>
            <w:r>
              <w:rPr>
                <w:rFonts w:ascii="Times New Roman" w:hAnsi="Times New Roman" w:eastAsia="宋体"/>
                <w:b/>
                <w:sz w:val="21"/>
              </w:rPr>
              <w:t>内容</w:t>
            </w:r>
          </w:p>
        </w:tc>
      </w:tr>
      <w:tr>
        <w:tc>
          <w:tcPr>
            <w:tcW w:type="dxa" w:w="4317"/>
          </w:tcPr>
          <w:p>
            <w:pPr>
              <w:spacing w:after="20" w:before="20"/>
            </w:pPr>
            <w:r/>
            <w:r>
              <w:rPr>
                <w:rFonts w:ascii="Times New Roman" w:hAnsi="Times New Roman" w:eastAsia="宋体"/>
                <w:b w:val="0"/>
                <w:sz w:val="21"/>
              </w:rPr>
              <w:t>竞赛名称</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主办单位</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承办单位</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项目负责人</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电话（手机）</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竞赛时间</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竞赛地点</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参赛对象</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参赛规模</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参赛形式</w:t>
            </w:r>
          </w:p>
        </w:tc>
        <w:tc>
          <w:tcPr>
            <w:tcW w:type="dxa" w:w="4317"/>
          </w:tcPr>
          <w:p>
            <w:pPr>
              <w:spacing w:after="20" w:before="20"/>
            </w:pPr>
            <w:r/>
            <w:r>
              <w:rPr>
                <w:rFonts w:ascii="Times New Roman" w:hAnsi="Times New Roman" w:eastAsia="宋体"/>
                <w:b w:val="0"/>
                <w:sz w:val="21"/>
              </w:rPr>
              <w:t>□个人 □团队</w:t>
            </w:r>
          </w:p>
        </w:tc>
      </w:tr>
      <w:tr>
        <w:tc>
          <w:tcPr>
            <w:tcW w:type="dxa" w:w="4317"/>
          </w:tcPr>
          <w:p>
            <w:pPr>
              <w:spacing w:after="20" w:before="20"/>
            </w:pPr>
            <w:r/>
            <w:r>
              <w:rPr>
                <w:rFonts w:ascii="Times New Roman" w:hAnsi="Times New Roman" w:eastAsia="宋体"/>
                <w:b w:val="0"/>
                <w:sz w:val="21"/>
              </w:rPr>
              <w:t>竞赛方式</w:t>
            </w:r>
          </w:p>
        </w:tc>
        <w:tc>
          <w:tcPr>
            <w:tcW w:type="dxa" w:w="4317"/>
          </w:tcPr>
          <w:p>
            <w:pPr>
              <w:spacing w:after="20" w:before="20"/>
            </w:pPr>
            <w:r/>
            <w:r>
              <w:rPr>
                <w:rFonts w:ascii="Times New Roman" w:hAnsi="Times New Roman" w:eastAsia="宋体"/>
                <w:b w:val="0"/>
                <w:sz w:val="21"/>
              </w:rPr>
              <w:t>□笔试 □实验 □设计 □上机 其他：</w:t>
            </w:r>
          </w:p>
        </w:tc>
      </w:tr>
      <w:tr>
        <w:tc>
          <w:tcPr>
            <w:tcW w:type="dxa" w:w="4317"/>
          </w:tcPr>
          <w:p>
            <w:pPr>
              <w:spacing w:after="20" w:before="20"/>
            </w:pPr>
            <w:r/>
            <w:r>
              <w:rPr>
                <w:rFonts w:ascii="Times New Roman" w:hAnsi="Times New Roman" w:eastAsia="宋体"/>
                <w:b w:val="0"/>
                <w:sz w:val="21"/>
              </w:rPr>
              <w:t>竞赛简介（包括组织机构和往年竞赛所对应的网址）</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竞赛方案（包括组队情况、培训计划、进程安排等，可另附页）</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上年度参赛情况（参赛人数、获奖情况）</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竞赛预期成果</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经费预算（包括参赛报名费、宣传费、资料费、培训课时费、讲座费、材料消耗费、竞赛场地布置费、参赛差旅费、组织管理费及成果展示费）</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学院（部）意见</w:t>
            </w:r>
          </w:p>
        </w:tc>
        <w:tc>
          <w:tcPr>
            <w:tcW w:type="dxa" w:w="4317"/>
          </w:tcPr>
          <w:p>
            <w:pPr>
              <w:spacing w:after="20" w:before="20"/>
            </w:pPr>
            <w:r/>
            <w:r>
              <w:rPr>
                <w:rFonts w:ascii="Times New Roman" w:hAnsi="Times New Roman" w:eastAsia="宋体"/>
                <w:b w:val="0"/>
                <w:sz w:val="21"/>
              </w:rPr>
              <w:t>学院（部）负责人签字： 年 月 日</w:t>
            </w:r>
          </w:p>
        </w:tc>
      </w:tr>
      <w:tr>
        <w:tc>
          <w:tcPr>
            <w:tcW w:type="dxa" w:w="4317"/>
          </w:tcPr>
          <w:p>
            <w:pPr>
              <w:spacing w:after="20" w:before="20"/>
            </w:pPr>
            <w:r/>
            <w:r>
              <w:rPr>
                <w:rFonts w:ascii="Times New Roman" w:hAnsi="Times New Roman" w:eastAsia="宋体"/>
                <w:b w:val="0"/>
                <w:sz w:val="21"/>
              </w:rPr>
              <w:t>学校意见</w:t>
            </w:r>
          </w:p>
        </w:tc>
        <w:tc>
          <w:tcPr>
            <w:tcW w:type="dxa" w:w="4317"/>
          </w:tcPr>
          <w:p>
            <w:pPr>
              <w:spacing w:after="20" w:before="20"/>
            </w:pPr>
            <w:r/>
            <w:r>
              <w:rPr>
                <w:rFonts w:ascii="Times New Roman" w:hAnsi="Times New Roman" w:eastAsia="宋体"/>
                <w:b w:val="0"/>
                <w:sz w:val="21"/>
              </w:rPr>
              <w:t>（盖章） 年 月 日</w:t>
            </w:r>
          </w:p>
        </w:tc>
      </w:tr>
    </w:tbl>
    <w:p>
      <w:pPr>
        <w:spacing w:after="80" w:lineRule="auto" w:line="360"/>
        <w:ind w:firstLine="482"/>
        <w:jc w:val="both"/>
      </w:pPr>
      <w:r>
        <w:rPr>
          <w:rFonts w:ascii="Times New Roman" w:hAnsi="Times New Roman" w:eastAsia="宋体"/>
          <w:b w:val="0"/>
          <w:sz w:val="24"/>
        </w:rPr>
        <w:t>注：本申请书由竞赛项目负责人填写，一式三份，一份留竞赛项目负责人，一份留竞赛承办单位，一份报竞赛办公室。</w:t>
      </w:r>
    </w:p>
    <w:p>
      <w:pPr>
        <w:spacing w:before="160" w:after="80" w:lineRule="auto" w:line="360"/>
        <w:jc w:val="left"/>
      </w:pPr>
      <w:r>
        <w:rPr>
          <w:rFonts w:ascii="Times New Roman" w:hAnsi="Times New Roman" w:eastAsia="宋体"/>
          <w:b/>
          <w:sz w:val="28"/>
        </w:rPr>
        <w:t>六、附件5 浙江财经大学指导教师指导学生获奖工作量标准</w:t>
      </w:r>
    </w:p>
    <w:p>
      <w:pPr>
        <w:spacing w:after="80" w:lineRule="auto" w:line="360"/>
        <w:ind w:firstLine="482"/>
        <w:jc w:val="both"/>
      </w:pPr>
      <w:r>
        <w:rPr>
          <w:rFonts w:ascii="Times New Roman" w:hAnsi="Times New Roman" w:eastAsia="宋体"/>
          <w:b w:val="0"/>
          <w:sz w:val="24"/>
        </w:rPr>
        <w:t>1. 中国国际大学生创新大赛、“挑战杯”全国大学生创业计划竞赛</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国家级一等奖（金奖）</w:t>
            </w:r>
          </w:p>
        </w:tc>
        <w:tc>
          <w:tcPr>
            <w:tcW w:type="dxa" w:w="1439"/>
          </w:tcPr>
          <w:p>
            <w:pPr>
              <w:spacing w:after="20" w:before="20"/>
            </w:pPr>
            <w:r/>
            <w:r>
              <w:rPr>
                <w:rFonts w:ascii="Times New Roman" w:hAnsi="Times New Roman" w:eastAsia="宋体"/>
                <w:b/>
                <w:sz w:val="21"/>
              </w:rPr>
              <w:t>国家级二等奖（银奖）</w:t>
            </w:r>
          </w:p>
        </w:tc>
        <w:tc>
          <w:tcPr>
            <w:tcW w:type="dxa" w:w="1439"/>
          </w:tcPr>
          <w:p>
            <w:pPr>
              <w:spacing w:after="20" w:before="20"/>
            </w:pPr>
            <w:r/>
            <w:r>
              <w:rPr>
                <w:rFonts w:ascii="Times New Roman" w:hAnsi="Times New Roman" w:eastAsia="宋体"/>
                <w:b/>
                <w:sz w:val="21"/>
              </w:rPr>
              <w:t>国家级三等奖（铜奖）</w:t>
            </w:r>
          </w:p>
        </w:tc>
        <w:tc>
          <w:tcPr>
            <w:tcW w:type="dxa" w:w="1439"/>
          </w:tcPr>
          <w:p>
            <w:pPr>
              <w:spacing w:after="20" w:before="20"/>
            </w:pPr>
            <w:r/>
            <w:r>
              <w:rPr>
                <w:rFonts w:ascii="Times New Roman" w:hAnsi="Times New Roman" w:eastAsia="宋体"/>
                <w:b/>
                <w:sz w:val="21"/>
              </w:rPr>
              <w:t>省级一等奖（金奖）</w:t>
            </w:r>
          </w:p>
        </w:tc>
        <w:tc>
          <w:tcPr>
            <w:tcW w:type="dxa" w:w="1439"/>
          </w:tcPr>
          <w:p>
            <w:pPr>
              <w:spacing w:after="20" w:before="20"/>
            </w:pPr>
            <w:r/>
            <w:r>
              <w:rPr>
                <w:rFonts w:ascii="Times New Roman" w:hAnsi="Times New Roman" w:eastAsia="宋体"/>
                <w:b/>
                <w:sz w:val="21"/>
              </w:rPr>
              <w:t>省级二等奖（银奖）</w:t>
            </w:r>
          </w:p>
        </w:tc>
        <w:tc>
          <w:tcPr>
            <w:tcW w:type="dxa" w:w="1439"/>
          </w:tcPr>
          <w:p>
            <w:pPr>
              <w:spacing w:after="20" w:before="20"/>
            </w:pPr>
            <w:r/>
            <w:r>
              <w:rPr>
                <w:rFonts w:ascii="Times New Roman" w:hAnsi="Times New Roman" w:eastAsia="宋体"/>
                <w:b/>
                <w:sz w:val="21"/>
              </w:rPr>
              <w:t>省级三等奖（铜奖）</w:t>
            </w:r>
          </w:p>
        </w:tc>
      </w:tr>
      <w:tr>
        <w:tc>
          <w:tcPr>
            <w:tcW w:type="dxa" w:w="1439"/>
          </w:tcPr>
          <w:p>
            <w:pPr>
              <w:spacing w:after="20" w:before="20"/>
            </w:pPr>
            <w:r/>
            <w:r>
              <w:rPr>
                <w:rFonts w:ascii="Times New Roman" w:hAnsi="Times New Roman" w:eastAsia="宋体"/>
                <w:b w:val="0"/>
                <w:sz w:val="21"/>
              </w:rPr>
              <w:t>1600</w:t>
            </w:r>
          </w:p>
        </w:tc>
        <w:tc>
          <w:tcPr>
            <w:tcW w:type="dxa" w:w="1439"/>
          </w:tcPr>
          <w:p>
            <w:pPr>
              <w:spacing w:after="20" w:before="20"/>
            </w:pPr>
            <w:r/>
            <w:r>
              <w:rPr>
                <w:rFonts w:ascii="Times New Roman" w:hAnsi="Times New Roman" w:eastAsia="宋体"/>
                <w:b w:val="0"/>
                <w:sz w:val="21"/>
              </w:rPr>
              <w:t>800</w:t>
            </w:r>
          </w:p>
        </w:tc>
        <w:tc>
          <w:tcPr>
            <w:tcW w:type="dxa" w:w="1439"/>
          </w:tcPr>
          <w:p>
            <w:pPr>
              <w:spacing w:after="20" w:before="20"/>
            </w:pPr>
            <w:r/>
            <w:r>
              <w:rPr>
                <w:rFonts w:ascii="Times New Roman" w:hAnsi="Times New Roman" w:eastAsia="宋体"/>
                <w:b w:val="0"/>
                <w:sz w:val="21"/>
              </w:rPr>
              <w:t>500</w:t>
            </w:r>
          </w:p>
        </w:tc>
        <w:tc>
          <w:tcPr>
            <w:tcW w:type="dxa" w:w="1439"/>
          </w:tcPr>
          <w:p>
            <w:pPr>
              <w:spacing w:after="20" w:before="20"/>
            </w:pPr>
            <w:r/>
            <w:r>
              <w:rPr>
                <w:rFonts w:ascii="Times New Roman" w:hAnsi="Times New Roman" w:eastAsia="宋体"/>
                <w:b w:val="0"/>
                <w:sz w:val="21"/>
              </w:rPr>
              <w:t>250</w:t>
            </w:r>
          </w:p>
        </w:tc>
        <w:tc>
          <w:tcPr>
            <w:tcW w:type="dxa" w:w="1439"/>
          </w:tcPr>
          <w:p>
            <w:pPr>
              <w:spacing w:after="20" w:before="20"/>
            </w:pPr>
            <w:r/>
            <w:r>
              <w:rPr>
                <w:rFonts w:ascii="Times New Roman" w:hAnsi="Times New Roman" w:eastAsia="宋体"/>
                <w:b w:val="0"/>
                <w:sz w:val="21"/>
              </w:rPr>
              <w:t>200</w:t>
            </w:r>
          </w:p>
        </w:tc>
        <w:tc>
          <w:tcPr>
            <w:tcW w:type="dxa" w:w="1439"/>
          </w:tcPr>
          <w:p>
            <w:pPr>
              <w:spacing w:after="20" w:before="20"/>
            </w:pPr>
            <w:r/>
            <w:r>
              <w:rPr>
                <w:rFonts w:ascii="Times New Roman" w:hAnsi="Times New Roman" w:eastAsia="宋体"/>
                <w:b w:val="0"/>
                <w:sz w:val="21"/>
              </w:rPr>
              <w:t>50</w:t>
            </w:r>
          </w:p>
        </w:tc>
      </w:tr>
    </w:tbl>
    <w:p>
      <w:pPr>
        <w:spacing w:after="80" w:lineRule="auto" w:line="360"/>
        <w:ind w:firstLine="482"/>
        <w:jc w:val="both"/>
      </w:pPr>
      <w:r>
        <w:rPr>
          <w:rFonts w:ascii="Times New Roman" w:hAnsi="Times New Roman" w:eastAsia="宋体"/>
          <w:b w:val="0"/>
          <w:sz w:val="24"/>
        </w:rPr>
        <w:t>2. “挑战杯”全国大学生课外学术科技作品竞赛</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国家级特等奖</w:t>
            </w:r>
          </w:p>
        </w:tc>
        <w:tc>
          <w:tcPr>
            <w:tcW w:type="dxa" w:w="1233"/>
          </w:tcPr>
          <w:p>
            <w:pPr>
              <w:spacing w:after="20" w:before="20"/>
            </w:pPr>
            <w:r/>
            <w:r>
              <w:rPr>
                <w:rFonts w:ascii="Times New Roman" w:hAnsi="Times New Roman" w:eastAsia="宋体"/>
                <w:b/>
                <w:sz w:val="21"/>
              </w:rPr>
              <w:t>国家级一等奖</w:t>
            </w:r>
          </w:p>
        </w:tc>
        <w:tc>
          <w:tcPr>
            <w:tcW w:type="dxa" w:w="1233"/>
          </w:tcPr>
          <w:p>
            <w:pPr>
              <w:spacing w:after="20" w:before="20"/>
            </w:pPr>
            <w:r/>
            <w:r>
              <w:rPr>
                <w:rFonts w:ascii="Times New Roman" w:hAnsi="Times New Roman" w:eastAsia="宋体"/>
                <w:b/>
                <w:sz w:val="21"/>
              </w:rPr>
              <w:t>国家级二等奖</w:t>
            </w:r>
          </w:p>
        </w:tc>
        <w:tc>
          <w:tcPr>
            <w:tcW w:type="dxa" w:w="1233"/>
          </w:tcPr>
          <w:p>
            <w:pPr>
              <w:spacing w:after="20" w:before="20"/>
            </w:pPr>
            <w:r/>
            <w:r>
              <w:rPr>
                <w:rFonts w:ascii="Times New Roman" w:hAnsi="Times New Roman" w:eastAsia="宋体"/>
                <w:b/>
                <w:sz w:val="21"/>
              </w:rPr>
              <w:t>国家级三等奖</w:t>
            </w:r>
          </w:p>
        </w:tc>
        <w:tc>
          <w:tcPr>
            <w:tcW w:type="dxa" w:w="1233"/>
          </w:tcPr>
          <w:p>
            <w:pPr>
              <w:spacing w:after="20" w:before="20"/>
            </w:pPr>
            <w:r/>
            <w:r>
              <w:rPr>
                <w:rFonts w:ascii="Times New Roman" w:hAnsi="Times New Roman" w:eastAsia="宋体"/>
                <w:b/>
                <w:sz w:val="21"/>
              </w:rPr>
              <w:t>省级一等奖（金奖）</w:t>
            </w:r>
          </w:p>
        </w:tc>
        <w:tc>
          <w:tcPr>
            <w:tcW w:type="dxa" w:w="1233"/>
          </w:tcPr>
          <w:p>
            <w:pPr>
              <w:spacing w:after="20" w:before="20"/>
            </w:pPr>
            <w:r/>
            <w:r>
              <w:rPr>
                <w:rFonts w:ascii="Times New Roman" w:hAnsi="Times New Roman" w:eastAsia="宋体"/>
                <w:b/>
                <w:sz w:val="21"/>
              </w:rPr>
              <w:t>省级二等奖（银奖）</w:t>
            </w:r>
          </w:p>
        </w:tc>
        <w:tc>
          <w:tcPr>
            <w:tcW w:type="dxa" w:w="1233"/>
          </w:tcPr>
          <w:p>
            <w:pPr>
              <w:spacing w:after="20" w:before="20"/>
            </w:pPr>
            <w:r/>
            <w:r>
              <w:rPr>
                <w:rFonts w:ascii="Times New Roman" w:hAnsi="Times New Roman" w:eastAsia="宋体"/>
                <w:b/>
                <w:sz w:val="21"/>
              </w:rPr>
              <w:t>省级三等奖（铜奖）</w:t>
            </w:r>
          </w:p>
        </w:tc>
      </w:tr>
      <w:tr>
        <w:tc>
          <w:tcPr>
            <w:tcW w:type="dxa" w:w="1233"/>
          </w:tcPr>
          <w:p>
            <w:pPr>
              <w:spacing w:after="20" w:before="20"/>
            </w:pPr>
            <w:r/>
            <w:r>
              <w:rPr>
                <w:rFonts w:ascii="Times New Roman" w:hAnsi="Times New Roman" w:eastAsia="宋体"/>
                <w:b w:val="0"/>
                <w:sz w:val="21"/>
              </w:rPr>
              <w:t>1600</w:t>
            </w:r>
          </w:p>
        </w:tc>
        <w:tc>
          <w:tcPr>
            <w:tcW w:type="dxa" w:w="1233"/>
          </w:tcPr>
          <w:p>
            <w:pPr>
              <w:spacing w:after="20" w:before="20"/>
            </w:pPr>
            <w:r/>
            <w:r>
              <w:rPr>
                <w:rFonts w:ascii="Times New Roman" w:hAnsi="Times New Roman" w:eastAsia="宋体"/>
                <w:b w:val="0"/>
                <w:sz w:val="21"/>
              </w:rPr>
              <w:t>800</w:t>
            </w:r>
          </w:p>
        </w:tc>
        <w:tc>
          <w:tcPr>
            <w:tcW w:type="dxa" w:w="1233"/>
          </w:tcPr>
          <w:p>
            <w:pPr>
              <w:spacing w:after="20" w:before="20"/>
            </w:pPr>
            <w:r/>
            <w:r>
              <w:rPr>
                <w:rFonts w:ascii="Times New Roman" w:hAnsi="Times New Roman" w:eastAsia="宋体"/>
                <w:b w:val="0"/>
                <w:sz w:val="21"/>
              </w:rPr>
              <w:t>500</w:t>
            </w:r>
          </w:p>
        </w:tc>
        <w:tc>
          <w:tcPr>
            <w:tcW w:type="dxa" w:w="1233"/>
          </w:tcPr>
          <w:p>
            <w:pPr>
              <w:spacing w:after="20" w:before="20"/>
            </w:pPr>
            <w:r/>
            <w:r>
              <w:rPr>
                <w:rFonts w:ascii="Times New Roman" w:hAnsi="Times New Roman" w:eastAsia="宋体"/>
                <w:b w:val="0"/>
                <w:sz w:val="21"/>
              </w:rPr>
              <w:t>250</w:t>
            </w:r>
          </w:p>
        </w:tc>
        <w:tc>
          <w:tcPr>
            <w:tcW w:type="dxa" w:w="1233"/>
          </w:tcPr>
          <w:p>
            <w:pPr>
              <w:spacing w:after="20" w:before="20"/>
            </w:pPr>
            <w:r/>
            <w:r>
              <w:rPr>
                <w:rFonts w:ascii="Times New Roman" w:hAnsi="Times New Roman" w:eastAsia="宋体"/>
                <w:b w:val="0"/>
                <w:sz w:val="21"/>
              </w:rPr>
              <w:t>250</w:t>
            </w:r>
          </w:p>
        </w:tc>
        <w:tc>
          <w:tcPr>
            <w:tcW w:type="dxa" w:w="1233"/>
          </w:tcPr>
          <w:p>
            <w:pPr>
              <w:spacing w:after="20" w:before="20"/>
            </w:pPr>
            <w:r/>
            <w:r>
              <w:rPr>
                <w:rFonts w:ascii="Times New Roman" w:hAnsi="Times New Roman" w:eastAsia="宋体"/>
                <w:b w:val="0"/>
                <w:sz w:val="21"/>
              </w:rPr>
              <w:t>200</w:t>
            </w:r>
          </w:p>
        </w:tc>
        <w:tc>
          <w:tcPr>
            <w:tcW w:type="dxa" w:w="1233"/>
          </w:tcPr>
          <w:p>
            <w:pPr>
              <w:spacing w:after="20" w:before="20"/>
            </w:pPr>
            <w:r/>
            <w:r>
              <w:rPr>
                <w:rFonts w:ascii="Times New Roman" w:hAnsi="Times New Roman" w:eastAsia="宋体"/>
                <w:b w:val="0"/>
                <w:sz w:val="21"/>
              </w:rPr>
              <w:t>50</w:t>
            </w:r>
          </w:p>
        </w:tc>
      </w:tr>
    </w:tbl>
    <w:p>
      <w:pPr>
        <w:spacing w:after="80" w:lineRule="auto" w:line="360"/>
        <w:ind w:firstLine="482"/>
        <w:jc w:val="both"/>
      </w:pPr>
      <w:r>
        <w:rPr>
          <w:rFonts w:ascii="Times New Roman" w:hAnsi="Times New Roman" w:eastAsia="宋体"/>
          <w:b w:val="0"/>
          <w:sz w:val="24"/>
        </w:rPr>
        <w:t>3. 其他竞赛</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450</w:t>
            </w:r>
          </w:p>
        </w:tc>
        <w:tc>
          <w:tcPr>
            <w:tcW w:type="dxa" w:w="2158"/>
          </w:tcPr>
          <w:p>
            <w:pPr>
              <w:spacing w:after="20" w:before="20"/>
            </w:pPr>
            <w:r/>
            <w:r>
              <w:rPr>
                <w:rFonts w:ascii="Times New Roman" w:hAnsi="Times New Roman" w:eastAsia="宋体"/>
                <w:b w:val="0"/>
                <w:sz w:val="21"/>
              </w:rPr>
              <w:t>150</w:t>
            </w:r>
          </w:p>
        </w:tc>
        <w:tc>
          <w:tcPr>
            <w:tcW w:type="dxa" w:w="2158"/>
          </w:tcPr>
          <w:p>
            <w:pPr>
              <w:spacing w:after="20" w:before="20"/>
            </w:pPr>
            <w:r/>
            <w:r>
              <w:rPr>
                <w:rFonts w:ascii="Times New Roman" w:hAnsi="Times New Roman" w:eastAsia="宋体"/>
                <w:b w:val="0"/>
                <w:sz w:val="21"/>
              </w:rPr>
              <w:t>150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300</w:t>
            </w:r>
          </w:p>
        </w:tc>
        <w:tc>
          <w:tcPr>
            <w:tcW w:type="dxa" w:w="2158"/>
          </w:tcPr>
          <w:p>
            <w:pPr>
              <w:spacing w:after="20" w:before="20"/>
            </w:pPr>
            <w:r/>
            <w:r>
              <w:rPr>
                <w:rFonts w:ascii="Times New Roman" w:hAnsi="Times New Roman" w:eastAsia="宋体"/>
                <w:b w:val="0"/>
                <w:sz w:val="21"/>
              </w:rPr>
              <w:t>80</w:t>
            </w:r>
          </w:p>
        </w:tc>
        <w:tc>
          <w:tcPr>
            <w:tcW w:type="dxa" w:w="2158"/>
          </w:tcPr>
          <w:p>
            <w:pPr>
              <w:spacing w:after="20" w:before="20"/>
            </w:pPr>
            <w:r/>
            <w:r>
              <w:rPr>
                <w:rFonts w:ascii="Times New Roman" w:hAnsi="Times New Roman" w:eastAsia="宋体"/>
                <w:b w:val="0"/>
                <w:sz w:val="21"/>
              </w:rPr>
              <w:t>80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220</w:t>
            </w:r>
          </w:p>
        </w:tc>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30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150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说明：</w:t>
      </w:r>
    </w:p>
    <w:p>
      <w:pPr>
        <w:spacing w:after="80" w:lineRule="auto" w:line="360"/>
        <w:ind w:firstLine="482"/>
        <w:jc w:val="both"/>
      </w:pPr>
      <w:r>
        <w:rPr>
          <w:rFonts w:ascii="Times New Roman" w:hAnsi="Times New Roman" w:eastAsia="宋体"/>
          <w:b w:val="0"/>
          <w:sz w:val="24"/>
        </w:rPr>
        <w:t>1. 竞赛是团队赛的工作量标准见上表；个人赛的按上表中对应级别的一半计算。</w:t>
      </w:r>
    </w:p>
    <w:p>
      <w:pPr>
        <w:spacing w:after="80" w:lineRule="auto" w:line="360"/>
        <w:ind w:firstLine="482"/>
        <w:jc w:val="both"/>
      </w:pPr>
      <w:r>
        <w:rPr>
          <w:rFonts w:ascii="Times New Roman" w:hAnsi="Times New Roman" w:eastAsia="宋体"/>
          <w:b w:val="0"/>
          <w:sz w:val="24"/>
        </w:rPr>
        <w:t>2. 教师工作量由项目组负责人（或学院）根据指导教师指导过程的具体表现进行分配。</w:t>
      </w:r>
    </w:p>
    <w:p>
      <w:pPr>
        <w:spacing w:after="80" w:lineRule="auto" w:line="360"/>
        <w:ind w:firstLine="482"/>
        <w:jc w:val="both"/>
      </w:pPr>
      <w:r>
        <w:rPr>
          <w:rFonts w:ascii="Times New Roman" w:hAnsi="Times New Roman" w:eastAsia="宋体"/>
          <w:b w:val="0"/>
          <w:sz w:val="24"/>
        </w:rPr>
        <w:t>3. 同一参赛内容在不同级别上获奖，从高级别计奖，不重复计算。</w:t>
      </w:r>
    </w:p>
    <w:p>
      <w:pPr>
        <w:spacing w:before="160" w:after="80" w:lineRule="auto" w:line="360"/>
        <w:jc w:val="left"/>
      </w:pPr>
      <w:r>
        <w:rPr>
          <w:rFonts w:ascii="Times New Roman" w:hAnsi="Times New Roman" w:eastAsia="宋体"/>
          <w:b/>
          <w:sz w:val="28"/>
        </w:rPr>
        <w:t>七、附件6 浙江财经大学学生获奖奖励标准</w:t>
      </w:r>
    </w:p>
    <w:p>
      <w:pPr>
        <w:spacing w:after="80" w:lineRule="auto" w:line="360"/>
        <w:ind w:firstLine="482"/>
        <w:jc w:val="both"/>
      </w:pPr>
      <w:r>
        <w:rPr>
          <w:rFonts w:ascii="Times New Roman" w:hAnsi="Times New Roman" w:eastAsia="宋体"/>
          <w:b w:val="0"/>
          <w:sz w:val="24"/>
        </w:rPr>
        <w:t>1. 中国国际大学生创新大赛、“挑战杯”全国大学生创业计划竞赛</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国家级一等奖（金奖）</w:t>
            </w:r>
          </w:p>
        </w:tc>
        <w:tc>
          <w:tcPr>
            <w:tcW w:type="dxa" w:w="1439"/>
          </w:tcPr>
          <w:p>
            <w:pPr>
              <w:spacing w:after="20" w:before="20"/>
            </w:pPr>
            <w:r/>
            <w:r>
              <w:rPr>
                <w:rFonts w:ascii="Times New Roman" w:hAnsi="Times New Roman" w:eastAsia="宋体"/>
                <w:b/>
                <w:sz w:val="21"/>
              </w:rPr>
              <w:t>国家级二等奖（银奖）</w:t>
            </w:r>
          </w:p>
        </w:tc>
        <w:tc>
          <w:tcPr>
            <w:tcW w:type="dxa" w:w="1439"/>
          </w:tcPr>
          <w:p>
            <w:pPr>
              <w:spacing w:after="20" w:before="20"/>
            </w:pPr>
            <w:r/>
            <w:r>
              <w:rPr>
                <w:rFonts w:ascii="Times New Roman" w:hAnsi="Times New Roman" w:eastAsia="宋体"/>
                <w:b/>
                <w:sz w:val="21"/>
              </w:rPr>
              <w:t>国家级三等奖（铜奖）</w:t>
            </w:r>
          </w:p>
        </w:tc>
        <w:tc>
          <w:tcPr>
            <w:tcW w:type="dxa" w:w="1439"/>
          </w:tcPr>
          <w:p>
            <w:pPr>
              <w:spacing w:after="20" w:before="20"/>
            </w:pPr>
            <w:r/>
            <w:r>
              <w:rPr>
                <w:rFonts w:ascii="Times New Roman" w:hAnsi="Times New Roman" w:eastAsia="宋体"/>
                <w:b/>
                <w:sz w:val="21"/>
              </w:rPr>
              <w:t>省级一等奖（金奖）</w:t>
            </w:r>
          </w:p>
        </w:tc>
        <w:tc>
          <w:tcPr>
            <w:tcW w:type="dxa" w:w="1439"/>
          </w:tcPr>
          <w:p>
            <w:pPr>
              <w:spacing w:after="20" w:before="20"/>
            </w:pPr>
            <w:r/>
            <w:r>
              <w:rPr>
                <w:rFonts w:ascii="Times New Roman" w:hAnsi="Times New Roman" w:eastAsia="宋体"/>
                <w:b/>
                <w:sz w:val="21"/>
              </w:rPr>
              <w:t>省级二等奖（银奖）</w:t>
            </w:r>
          </w:p>
        </w:tc>
        <w:tc>
          <w:tcPr>
            <w:tcW w:type="dxa" w:w="1439"/>
          </w:tcPr>
          <w:p>
            <w:pPr>
              <w:spacing w:after="20" w:before="20"/>
            </w:pPr>
            <w:r/>
            <w:r>
              <w:rPr>
                <w:rFonts w:ascii="Times New Roman" w:hAnsi="Times New Roman" w:eastAsia="宋体"/>
                <w:b/>
                <w:sz w:val="21"/>
              </w:rPr>
              <w:t>省级三等奖（铜奖）</w:t>
            </w:r>
          </w:p>
        </w:tc>
      </w:tr>
      <w:tr>
        <w:tc>
          <w:tcPr>
            <w:tcW w:type="dxa" w:w="1439"/>
          </w:tcPr>
          <w:p>
            <w:pPr>
              <w:spacing w:after="20" w:before="20"/>
            </w:pPr>
            <w:r/>
            <w:r>
              <w:rPr>
                <w:rFonts w:ascii="Times New Roman" w:hAnsi="Times New Roman" w:eastAsia="宋体"/>
                <w:b w:val="0"/>
                <w:sz w:val="21"/>
              </w:rPr>
              <w:t>112000</w:t>
            </w:r>
          </w:p>
        </w:tc>
        <w:tc>
          <w:tcPr>
            <w:tcW w:type="dxa" w:w="1439"/>
          </w:tcPr>
          <w:p>
            <w:pPr>
              <w:spacing w:after="20" w:before="20"/>
            </w:pPr>
            <w:r/>
            <w:r>
              <w:rPr>
                <w:rFonts w:ascii="Times New Roman" w:hAnsi="Times New Roman" w:eastAsia="宋体"/>
                <w:b w:val="0"/>
                <w:sz w:val="21"/>
              </w:rPr>
              <w:t>56000</w:t>
            </w:r>
          </w:p>
        </w:tc>
        <w:tc>
          <w:tcPr>
            <w:tcW w:type="dxa" w:w="1439"/>
          </w:tcPr>
          <w:p>
            <w:pPr>
              <w:spacing w:after="20" w:before="20"/>
            </w:pPr>
            <w:r/>
            <w:r>
              <w:rPr>
                <w:rFonts w:ascii="Times New Roman" w:hAnsi="Times New Roman" w:eastAsia="宋体"/>
                <w:b w:val="0"/>
                <w:sz w:val="21"/>
              </w:rPr>
              <w:t>35000</w:t>
            </w:r>
          </w:p>
        </w:tc>
        <w:tc>
          <w:tcPr>
            <w:tcW w:type="dxa" w:w="1439"/>
          </w:tcPr>
          <w:p>
            <w:pPr>
              <w:spacing w:after="20" w:before="20"/>
            </w:pPr>
            <w:r/>
            <w:r>
              <w:rPr>
                <w:rFonts w:ascii="Times New Roman" w:hAnsi="Times New Roman" w:eastAsia="宋体"/>
                <w:b w:val="0"/>
                <w:sz w:val="21"/>
              </w:rPr>
              <w:t>17500</w:t>
            </w:r>
          </w:p>
        </w:tc>
        <w:tc>
          <w:tcPr>
            <w:tcW w:type="dxa" w:w="1439"/>
          </w:tcPr>
          <w:p>
            <w:pPr>
              <w:spacing w:after="20" w:before="20"/>
            </w:pPr>
            <w:r/>
            <w:r>
              <w:rPr>
                <w:rFonts w:ascii="Times New Roman" w:hAnsi="Times New Roman" w:eastAsia="宋体"/>
                <w:b w:val="0"/>
                <w:sz w:val="21"/>
              </w:rPr>
              <w:t>14000</w:t>
            </w:r>
          </w:p>
        </w:tc>
        <w:tc>
          <w:tcPr>
            <w:tcW w:type="dxa" w:w="1439"/>
          </w:tcPr>
          <w:p>
            <w:pPr>
              <w:spacing w:after="20" w:before="20"/>
            </w:pPr>
            <w:r/>
            <w:r>
              <w:rPr>
                <w:rFonts w:ascii="Times New Roman" w:hAnsi="Times New Roman" w:eastAsia="宋体"/>
                <w:b w:val="0"/>
                <w:sz w:val="21"/>
              </w:rPr>
              <w:t>3500</w:t>
            </w:r>
          </w:p>
        </w:tc>
      </w:tr>
    </w:tbl>
    <w:p>
      <w:pPr>
        <w:spacing w:after="80" w:lineRule="auto" w:line="360"/>
        <w:ind w:firstLine="482"/>
        <w:jc w:val="both"/>
      </w:pPr>
      <w:r>
        <w:rPr>
          <w:rFonts w:ascii="Times New Roman" w:hAnsi="Times New Roman" w:eastAsia="宋体"/>
          <w:b w:val="0"/>
          <w:sz w:val="24"/>
        </w:rPr>
        <w:t>2. “挑战杯”全国大学生课外学术科技作品竞赛</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国家级特等奖</w:t>
            </w:r>
          </w:p>
        </w:tc>
        <w:tc>
          <w:tcPr>
            <w:tcW w:type="dxa" w:w="1233"/>
          </w:tcPr>
          <w:p>
            <w:pPr>
              <w:spacing w:after="20" w:before="20"/>
            </w:pPr>
            <w:r/>
            <w:r>
              <w:rPr>
                <w:rFonts w:ascii="Times New Roman" w:hAnsi="Times New Roman" w:eastAsia="宋体"/>
                <w:b/>
                <w:sz w:val="21"/>
              </w:rPr>
              <w:t>国家级一等奖</w:t>
            </w:r>
          </w:p>
        </w:tc>
        <w:tc>
          <w:tcPr>
            <w:tcW w:type="dxa" w:w="1233"/>
          </w:tcPr>
          <w:p>
            <w:pPr>
              <w:spacing w:after="20" w:before="20"/>
            </w:pPr>
            <w:r/>
            <w:r>
              <w:rPr>
                <w:rFonts w:ascii="Times New Roman" w:hAnsi="Times New Roman" w:eastAsia="宋体"/>
                <w:b/>
                <w:sz w:val="21"/>
              </w:rPr>
              <w:t>国家级二等奖</w:t>
            </w:r>
          </w:p>
        </w:tc>
        <w:tc>
          <w:tcPr>
            <w:tcW w:type="dxa" w:w="1233"/>
          </w:tcPr>
          <w:p>
            <w:pPr>
              <w:spacing w:after="20" w:before="20"/>
            </w:pPr>
            <w:r/>
            <w:r>
              <w:rPr>
                <w:rFonts w:ascii="Times New Roman" w:hAnsi="Times New Roman" w:eastAsia="宋体"/>
                <w:b/>
                <w:sz w:val="21"/>
              </w:rPr>
              <w:t>国家级三等奖</w:t>
            </w:r>
          </w:p>
        </w:tc>
        <w:tc>
          <w:tcPr>
            <w:tcW w:type="dxa" w:w="1233"/>
          </w:tcPr>
          <w:p>
            <w:pPr>
              <w:spacing w:after="20" w:before="20"/>
            </w:pPr>
            <w:r/>
            <w:r>
              <w:rPr>
                <w:rFonts w:ascii="Times New Roman" w:hAnsi="Times New Roman" w:eastAsia="宋体"/>
                <w:b/>
                <w:sz w:val="21"/>
              </w:rPr>
              <w:t>省级金奖</w:t>
            </w:r>
          </w:p>
        </w:tc>
        <w:tc>
          <w:tcPr>
            <w:tcW w:type="dxa" w:w="1233"/>
          </w:tcPr>
          <w:p>
            <w:pPr>
              <w:spacing w:after="20" w:before="20"/>
            </w:pPr>
            <w:r/>
            <w:r>
              <w:rPr>
                <w:rFonts w:ascii="Times New Roman" w:hAnsi="Times New Roman" w:eastAsia="宋体"/>
                <w:b/>
                <w:sz w:val="21"/>
              </w:rPr>
              <w:t>省级银奖</w:t>
            </w:r>
          </w:p>
        </w:tc>
        <w:tc>
          <w:tcPr>
            <w:tcW w:type="dxa" w:w="1233"/>
          </w:tcPr>
          <w:p>
            <w:pPr>
              <w:spacing w:after="20" w:before="20"/>
            </w:pPr>
            <w:r/>
            <w:r>
              <w:rPr>
                <w:rFonts w:ascii="Times New Roman" w:hAnsi="Times New Roman" w:eastAsia="宋体"/>
                <w:b/>
                <w:sz w:val="21"/>
              </w:rPr>
              <w:t>省级铜奖</w:t>
            </w:r>
          </w:p>
        </w:tc>
      </w:tr>
      <w:tr>
        <w:tc>
          <w:tcPr>
            <w:tcW w:type="dxa" w:w="1233"/>
          </w:tcPr>
          <w:p>
            <w:pPr>
              <w:spacing w:after="20" w:before="20"/>
            </w:pPr>
            <w:r/>
            <w:r>
              <w:rPr>
                <w:rFonts w:ascii="Times New Roman" w:hAnsi="Times New Roman" w:eastAsia="宋体"/>
                <w:b w:val="0"/>
                <w:sz w:val="21"/>
              </w:rPr>
              <w:t>112000</w:t>
            </w:r>
          </w:p>
        </w:tc>
        <w:tc>
          <w:tcPr>
            <w:tcW w:type="dxa" w:w="1233"/>
          </w:tcPr>
          <w:p>
            <w:pPr>
              <w:spacing w:after="20" w:before="20"/>
            </w:pPr>
            <w:r/>
            <w:r>
              <w:rPr>
                <w:rFonts w:ascii="Times New Roman" w:hAnsi="Times New Roman" w:eastAsia="宋体"/>
                <w:b w:val="0"/>
                <w:sz w:val="21"/>
              </w:rPr>
              <w:t>56000</w:t>
            </w:r>
          </w:p>
        </w:tc>
        <w:tc>
          <w:tcPr>
            <w:tcW w:type="dxa" w:w="1233"/>
          </w:tcPr>
          <w:p>
            <w:pPr>
              <w:spacing w:after="20" w:before="20"/>
            </w:pPr>
            <w:r/>
            <w:r>
              <w:rPr>
                <w:rFonts w:ascii="Times New Roman" w:hAnsi="Times New Roman" w:eastAsia="宋体"/>
                <w:b w:val="0"/>
                <w:sz w:val="21"/>
              </w:rPr>
              <w:t>35000</w:t>
            </w:r>
          </w:p>
        </w:tc>
        <w:tc>
          <w:tcPr>
            <w:tcW w:type="dxa" w:w="1233"/>
          </w:tcPr>
          <w:p>
            <w:pPr>
              <w:spacing w:after="20" w:before="20"/>
            </w:pPr>
            <w:r/>
            <w:r>
              <w:rPr>
                <w:rFonts w:ascii="Times New Roman" w:hAnsi="Times New Roman" w:eastAsia="宋体"/>
                <w:b w:val="0"/>
                <w:sz w:val="21"/>
              </w:rPr>
              <w:t>17500</w:t>
            </w:r>
          </w:p>
        </w:tc>
        <w:tc>
          <w:tcPr>
            <w:tcW w:type="dxa" w:w="1233"/>
          </w:tcPr>
          <w:p>
            <w:pPr>
              <w:spacing w:after="20" w:before="20"/>
            </w:pPr>
            <w:r/>
            <w:r>
              <w:rPr>
                <w:rFonts w:ascii="Times New Roman" w:hAnsi="Times New Roman" w:eastAsia="宋体"/>
                <w:b w:val="0"/>
                <w:sz w:val="21"/>
              </w:rPr>
              <w:t>17500</w:t>
            </w:r>
          </w:p>
        </w:tc>
        <w:tc>
          <w:tcPr>
            <w:tcW w:type="dxa" w:w="1233"/>
          </w:tcPr>
          <w:p>
            <w:pPr>
              <w:spacing w:after="20" w:before="20"/>
            </w:pPr>
            <w:r/>
            <w:r>
              <w:rPr>
                <w:rFonts w:ascii="Times New Roman" w:hAnsi="Times New Roman" w:eastAsia="宋体"/>
                <w:b w:val="0"/>
                <w:sz w:val="21"/>
              </w:rPr>
              <w:t>14000</w:t>
            </w:r>
          </w:p>
        </w:tc>
        <w:tc>
          <w:tcPr>
            <w:tcW w:type="dxa" w:w="1233"/>
          </w:tcPr>
          <w:p>
            <w:pPr>
              <w:spacing w:after="20" w:before="20"/>
            </w:pPr>
            <w:r/>
            <w:r>
              <w:rPr>
                <w:rFonts w:ascii="Times New Roman" w:hAnsi="Times New Roman" w:eastAsia="宋体"/>
                <w:b w:val="0"/>
                <w:sz w:val="21"/>
              </w:rPr>
              <w:t>3500</w:t>
            </w:r>
          </w:p>
        </w:tc>
      </w:tr>
    </w:tbl>
    <w:p>
      <w:pPr>
        <w:spacing w:after="80" w:lineRule="auto" w:line="360"/>
        <w:ind w:firstLine="482"/>
        <w:jc w:val="both"/>
      </w:pPr>
      <w:r>
        <w:rPr>
          <w:rFonts w:ascii="Times New Roman" w:hAnsi="Times New Roman" w:eastAsia="宋体"/>
          <w:b w:val="0"/>
          <w:sz w:val="24"/>
        </w:rPr>
        <w:t>3. 其他竞赛</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说明：</w:t>
      </w:r>
    </w:p>
    <w:p>
      <w:pPr>
        <w:spacing w:after="80" w:lineRule="auto" w:line="360"/>
        <w:ind w:firstLine="482"/>
        <w:jc w:val="both"/>
      </w:pPr>
      <w:r>
        <w:rPr>
          <w:rFonts w:ascii="Times New Roman" w:hAnsi="Times New Roman" w:eastAsia="宋体"/>
          <w:b w:val="0"/>
          <w:sz w:val="24"/>
        </w:rPr>
        <w:t>1. 竞赛是团队赛的奖励标准见上表；个人赛奖励标准按上表中对应级别的一半计算。</w:t>
      </w:r>
    </w:p>
    <w:p>
      <w:pPr>
        <w:spacing w:after="80" w:lineRule="auto" w:line="360"/>
        <w:ind w:firstLine="482"/>
        <w:jc w:val="both"/>
      </w:pPr>
      <w:r>
        <w:rPr>
          <w:rFonts w:ascii="Times New Roman" w:hAnsi="Times New Roman" w:eastAsia="宋体"/>
          <w:b w:val="0"/>
          <w:sz w:val="24"/>
        </w:rPr>
        <w:t>2. 同一参赛内容在不同级别上获奖，从高级别计奖，不重复计算。</w:t>
      </w:r>
    </w:p>
    <w:p>
      <w:pPr>
        <w:spacing w:after="80" w:lineRule="auto" w:line="360"/>
        <w:ind w:firstLine="482"/>
        <w:jc w:val="both"/>
      </w:pPr>
      <w:r>
        <w:rPr>
          <w:rFonts w:ascii="Times New Roman" w:hAnsi="Times New Roman" w:eastAsia="宋体"/>
          <w:b w:val="0"/>
          <w:sz w:val="24"/>
        </w:rPr>
        <w:t>3. 校级竞赛奖励标准由各学院自定。</w:t>
      </w:r>
    </w:p>
    <w:p>
      <w:pPr>
        <w:spacing w:after="80" w:lineRule="auto" w:line="360"/>
        <w:ind w:firstLine="482"/>
        <w:jc w:val="both"/>
      </w:pPr>
      <w:r>
        <w:rPr>
          <w:rFonts w:ascii="Times New Roman" w:hAnsi="Times New Roman" w:eastAsia="宋体"/>
          <w:b w:val="0"/>
          <w:sz w:val="24"/>
        </w:rPr>
        <w:t>浙江财经大学校长办公室 2024年12月11日印发</w:t>
      </w:r>
    </w:p>
    <w:p>
      <w:pPr>
        <w:spacing w:before="160" w:after="80" w:lineRule="auto" w:line="360"/>
        <w:jc w:val="left"/>
      </w:pPr>
      <w:r>
        <w:rPr>
          <w:rFonts w:ascii="Times New Roman" w:hAnsi="Times New Roman" w:eastAsia="宋体"/>
          <w:b/>
          <w:sz w:val="28"/>
        </w:rPr>
        <w:t>八、竞赛奖励标准</w:t>
      </w:r>
    </w:p>
    <w:p>
      <w:pPr>
        <w:spacing w:after="80" w:lineRule="auto" w:line="360"/>
        <w:ind w:firstLine="482"/>
        <w:jc w:val="both"/>
      </w:pPr>
      <w:r>
        <w:rPr>
          <w:rFonts w:ascii="Times New Roman" w:hAnsi="Times New Roman" w:eastAsia="宋体"/>
          <w:b w:val="0"/>
          <w:sz w:val="24"/>
        </w:rPr>
        <w:t>1. 团队赛奖励标准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金奖</w:t>
            </w:r>
          </w:p>
        </w:tc>
        <w:tc>
          <w:tcPr>
            <w:tcW w:type="dxa" w:w="2158"/>
          </w:tcPr>
          <w:p>
            <w:pPr>
              <w:spacing w:after="20" w:before="20"/>
            </w:pPr>
            <w:r/>
            <w:r>
              <w:rPr>
                <w:rFonts w:ascii="Times New Roman" w:hAnsi="Times New Roman" w:eastAsia="宋体"/>
                <w:b/>
                <w:sz w:val="21"/>
              </w:rPr>
              <w:t>银奖</w:t>
            </w:r>
          </w:p>
        </w:tc>
        <w:tc>
          <w:tcPr>
            <w:tcW w:type="dxa" w:w="2158"/>
          </w:tcPr>
          <w:p>
            <w:pPr>
              <w:spacing w:after="20" w:before="20"/>
            </w:pPr>
            <w:r/>
            <w:r>
              <w:rPr>
                <w:rFonts w:ascii="Times New Roman" w:hAnsi="Times New Roman" w:eastAsia="宋体"/>
                <w:b/>
                <w:sz w:val="21"/>
              </w:rPr>
              <w:t>铜奖</w:t>
            </w:r>
          </w:p>
        </w:tc>
      </w:tr>
      <w:tr>
        <w:tc>
          <w:tcPr>
            <w:tcW w:type="dxa" w:w="2158"/>
          </w:tcPr>
          <w:p>
            <w:pPr>
              <w:spacing w:after="20" w:before="20"/>
            </w:pPr>
            <w:r/>
            <w:r>
              <w:rPr>
                <w:rFonts w:ascii="Times New Roman" w:hAnsi="Times New Roman" w:eastAsia="宋体"/>
                <w:b w:val="0"/>
                <w:sz w:val="21"/>
              </w:rPr>
              <w:t>金额</w:t>
            </w:r>
          </w:p>
        </w:tc>
        <w:tc>
          <w:tcPr>
            <w:tcW w:type="dxa" w:w="2158"/>
          </w:tcPr>
          <w:p>
            <w:pPr>
              <w:spacing w:after="20" w:before="20"/>
            </w:pPr>
            <w:r/>
            <w:r>
              <w:rPr>
                <w:rFonts w:ascii="Times New Roman" w:hAnsi="Times New Roman" w:eastAsia="宋体"/>
                <w:b w:val="0"/>
                <w:sz w:val="21"/>
              </w:rPr>
              <w:t>112000</w:t>
            </w:r>
          </w:p>
        </w:tc>
        <w:tc>
          <w:tcPr>
            <w:tcW w:type="dxa" w:w="2158"/>
          </w:tcPr>
          <w:p>
            <w:pPr>
              <w:spacing w:after="20" w:before="20"/>
            </w:pPr>
            <w:r/>
            <w:r>
              <w:rPr>
                <w:rFonts w:ascii="Times New Roman" w:hAnsi="Times New Roman" w:eastAsia="宋体"/>
                <w:b w:val="0"/>
                <w:sz w:val="21"/>
              </w:rPr>
              <w:t>56000</w:t>
            </w:r>
          </w:p>
        </w:tc>
        <w:tc>
          <w:tcPr>
            <w:tcW w:type="dxa" w:w="2158"/>
          </w:tcPr>
          <w:p>
            <w:pPr>
              <w:spacing w:after="20" w:before="20"/>
            </w:pPr>
            <w:r/>
            <w:r>
              <w:rPr>
                <w:rFonts w:ascii="Times New Roman" w:hAnsi="Times New Roman" w:eastAsia="宋体"/>
                <w:b w:val="0"/>
                <w:sz w:val="21"/>
              </w:rPr>
              <w:t>35000</w:t>
            </w:r>
          </w:p>
        </w:tc>
      </w:tr>
    </w:tbl>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2. 其他竞赛奖励标准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竞赛是团队赛的奖励标准见上表；个人赛奖励标准按上表中对应级别的一半计算。</w:t>
      </w:r>
    </w:p>
    <w:p>
      <w:pPr>
        <w:spacing w:after="80" w:lineRule="auto" w:line="360"/>
        <w:ind w:firstLine="482"/>
        <w:jc w:val="both"/>
      </w:pPr>
      <w:r>
        <w:rPr>
          <w:rFonts w:ascii="Times New Roman" w:hAnsi="Times New Roman" w:eastAsia="宋体"/>
          <w:b w:val="0"/>
          <w:sz w:val="24"/>
        </w:rPr>
        <w:t>2. 同一参赛内容在不同级别上获奖，从高级别计奖，不重复计算。</w:t>
      </w:r>
    </w:p>
    <w:p>
      <w:pPr>
        <w:spacing w:after="80" w:lineRule="auto" w:line="360"/>
        <w:ind w:firstLine="482"/>
        <w:jc w:val="both"/>
      </w:pPr>
      <w:r>
        <w:rPr>
          <w:rFonts w:ascii="Times New Roman" w:hAnsi="Times New Roman" w:eastAsia="宋体"/>
          <w:b w:val="0"/>
          <w:sz w:val="24"/>
        </w:rPr>
        <w:t>3. 校级竞赛奖励标准由各学院自定。</w:t>
      </w:r>
    </w:p>
    <w:p>
      <w:pPr>
        <w:spacing w:after="80" w:lineRule="auto" w:line="360"/>
        <w:ind w:firstLine="482"/>
        <w:jc w:val="both"/>
      </w:pPr>
      <w:r>
        <w:rPr>
          <w:rFonts w:ascii="Times New Roman" w:hAnsi="Times New Roman" w:eastAsia="宋体"/>
          <w:b w:val="0"/>
          <w:sz w:val="24"/>
        </w:rPr>
        <w:t>浙江财经大学校长办公室 2024年12月11日印发</w:t>
      </w:r>
    </w:p>
    <w:p>
      <w:pPr>
        <w:spacing w:before="160" w:after="80" w:lineRule="auto" w:line="360"/>
        <w:jc w:val="left"/>
      </w:pPr>
      <w:r>
        <w:rPr>
          <w:rFonts w:ascii="Times New Roman" w:hAnsi="Times New Roman" w:eastAsia="宋体"/>
          <w:b/>
          <w:sz w:val="28"/>
        </w:rPr>
        <w:t>八、奖励标准</w:t>
      </w:r>
    </w:p>
    <w:p>
      <w:pPr>
        <w:spacing w:after="80" w:lineRule="auto" w:line="360"/>
        <w:ind w:firstLine="482"/>
        <w:jc w:val="both"/>
      </w:pPr>
      <w:r>
        <w:rPr>
          <w:rFonts w:ascii="Times New Roman" w:hAnsi="Times New Roman" w:eastAsia="宋体"/>
          <w:b w:val="0"/>
          <w:sz w:val="24"/>
        </w:rPr>
        <w:t>1. 竞赛奖项奖励金额如下：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金奖</w:t>
            </w:r>
          </w:p>
        </w:tc>
        <w:tc>
          <w:tcPr>
            <w:tcW w:type="dxa" w:w="2158"/>
          </w:tcPr>
          <w:p>
            <w:pPr>
              <w:spacing w:after="20" w:before="20"/>
            </w:pPr>
            <w:r/>
            <w:r>
              <w:rPr>
                <w:rFonts w:ascii="Times New Roman" w:hAnsi="Times New Roman" w:eastAsia="宋体"/>
                <w:b/>
                <w:sz w:val="21"/>
              </w:rPr>
              <w:t>银奖</w:t>
            </w:r>
          </w:p>
        </w:tc>
        <w:tc>
          <w:tcPr>
            <w:tcW w:type="dxa" w:w="2158"/>
          </w:tcPr>
          <w:p>
            <w:pPr>
              <w:spacing w:after="20" w:before="20"/>
            </w:pPr>
            <w:r/>
            <w:r>
              <w:rPr>
                <w:rFonts w:ascii="Times New Roman" w:hAnsi="Times New Roman" w:eastAsia="宋体"/>
                <w:b/>
                <w:sz w:val="21"/>
              </w:rPr>
              <w:t>铜奖</w:t>
            </w:r>
          </w:p>
        </w:tc>
      </w:tr>
      <w:tr>
        <w:tc>
          <w:tcPr>
            <w:tcW w:type="dxa" w:w="2158"/>
          </w:tcPr>
          <w:p>
            <w:pPr>
              <w:spacing w:after="20" w:before="20"/>
            </w:pPr>
            <w:r/>
            <w:r>
              <w:rPr>
                <w:rFonts w:ascii="Times New Roman" w:hAnsi="Times New Roman" w:eastAsia="宋体"/>
                <w:b w:val="0"/>
                <w:sz w:val="21"/>
              </w:rPr>
              <w:t>金额</w:t>
            </w:r>
          </w:p>
        </w:tc>
        <w:tc>
          <w:tcPr>
            <w:tcW w:type="dxa" w:w="2158"/>
          </w:tcPr>
          <w:p>
            <w:pPr>
              <w:spacing w:after="20" w:before="20"/>
            </w:pPr>
            <w:r/>
            <w:r>
              <w:rPr>
                <w:rFonts w:ascii="Times New Roman" w:hAnsi="Times New Roman" w:eastAsia="宋体"/>
                <w:b w:val="0"/>
                <w:sz w:val="21"/>
              </w:rPr>
              <w:t>112000</w:t>
            </w:r>
          </w:p>
        </w:tc>
        <w:tc>
          <w:tcPr>
            <w:tcW w:type="dxa" w:w="2158"/>
          </w:tcPr>
          <w:p>
            <w:pPr>
              <w:spacing w:after="20" w:before="20"/>
            </w:pPr>
            <w:r/>
            <w:r>
              <w:rPr>
                <w:rFonts w:ascii="Times New Roman" w:hAnsi="Times New Roman" w:eastAsia="宋体"/>
                <w:b w:val="0"/>
                <w:sz w:val="21"/>
              </w:rPr>
              <w:t>56000</w:t>
            </w:r>
          </w:p>
        </w:tc>
        <w:tc>
          <w:tcPr>
            <w:tcW w:type="dxa" w:w="2158"/>
          </w:tcPr>
          <w:p>
            <w:pPr>
              <w:spacing w:after="20" w:before="20"/>
            </w:pPr>
            <w:r/>
            <w:r>
              <w:rPr>
                <w:rFonts w:ascii="Times New Roman" w:hAnsi="Times New Roman" w:eastAsia="宋体"/>
                <w:b w:val="0"/>
                <w:sz w:val="21"/>
              </w:rPr>
              <w:t>35000</w:t>
            </w:r>
          </w:p>
        </w:tc>
      </w:tr>
      <w:tr>
        <w:tc>
          <w:tcPr>
            <w:tcW w:type="dxa" w:w="2158"/>
          </w:tcPr>
          <w:p>
            <w:pPr>
              <w:spacing w:after="20" w:before="20"/>
            </w:pPr>
            <w:r/>
            <w:r>
              <w:rPr>
                <w:rFonts w:ascii="Times New Roman" w:hAnsi="Times New Roman" w:eastAsia="宋体"/>
                <w:b w:val="0"/>
                <w:sz w:val="21"/>
              </w:rPr>
              <w:t>金额</w:t>
            </w:r>
          </w:p>
        </w:tc>
        <w:tc>
          <w:tcPr>
            <w:tcW w:type="dxa" w:w="2158"/>
          </w:tcPr>
          <w:p>
            <w:pPr>
              <w:spacing w:after="20" w:before="20"/>
            </w:pPr>
            <w:r/>
            <w:r>
              <w:rPr>
                <w:rFonts w:ascii="Times New Roman" w:hAnsi="Times New Roman" w:eastAsia="宋体"/>
                <w:b w:val="0"/>
                <w:sz w:val="21"/>
              </w:rPr>
              <w:t>17500</w:t>
            </w:r>
          </w:p>
        </w:tc>
        <w:tc>
          <w:tcPr>
            <w:tcW w:type="dxa" w:w="2158"/>
          </w:tcPr>
          <w:p>
            <w:pPr>
              <w:spacing w:after="20" w:before="20"/>
            </w:pPr>
            <w:r/>
            <w:r>
              <w:rPr>
                <w:rFonts w:ascii="Times New Roman" w:hAnsi="Times New Roman" w:eastAsia="宋体"/>
                <w:b w:val="0"/>
                <w:sz w:val="21"/>
              </w:rPr>
              <w:t>17500</w:t>
            </w:r>
          </w:p>
        </w:tc>
        <w:tc>
          <w:tcPr>
            <w:tcW w:type="dxa" w:w="2158"/>
          </w:tcPr>
          <w:p>
            <w:pPr>
              <w:spacing w:after="20" w:before="20"/>
            </w:pPr>
            <w:r/>
            <w:r>
              <w:rPr>
                <w:rFonts w:ascii="Times New Roman" w:hAnsi="Times New Roman" w:eastAsia="宋体"/>
                <w:b w:val="0"/>
                <w:sz w:val="21"/>
              </w:rPr>
              <w:t>14000</w:t>
            </w:r>
          </w:p>
        </w:tc>
      </w:tr>
      <w:tr>
        <w:tc>
          <w:tcPr>
            <w:tcW w:type="dxa" w:w="2158"/>
          </w:tcPr>
          <w:p>
            <w:pPr>
              <w:spacing w:after="20" w:before="20"/>
            </w:pPr>
            <w:r/>
            <w:r>
              <w:rPr>
                <w:rFonts w:ascii="Times New Roman" w:hAnsi="Times New Roman" w:eastAsia="宋体"/>
                <w:b w:val="0"/>
                <w:sz w:val="21"/>
              </w:rPr>
              <w:t>金额</w:t>
            </w:r>
          </w:p>
        </w:tc>
        <w:tc>
          <w:tcPr>
            <w:tcW w:type="dxa" w:w="2158"/>
          </w:tcPr>
          <w:p>
            <w:pPr>
              <w:spacing w:after="20" w:before="20"/>
            </w:pPr>
            <w:r/>
            <w:r>
              <w:rPr>
                <w:rFonts w:ascii="Times New Roman" w:hAnsi="Times New Roman" w:eastAsia="宋体"/>
                <w:b w:val="0"/>
                <w:sz w:val="21"/>
              </w:rPr>
              <w:t>3500</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2. 其他竞赛奖励标准如下：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竞赛是团队赛的奖励标准见上表；个人赛奖励标准按上表中对应级别的一半计算。</w:t>
      </w:r>
    </w:p>
    <w:p>
      <w:pPr>
        <w:spacing w:after="80" w:lineRule="auto" w:line="360"/>
        <w:ind w:firstLine="482"/>
        <w:jc w:val="both"/>
      </w:pPr>
      <w:r>
        <w:rPr>
          <w:rFonts w:ascii="Times New Roman" w:hAnsi="Times New Roman" w:eastAsia="宋体"/>
          <w:b w:val="0"/>
          <w:sz w:val="24"/>
        </w:rPr>
        <w:t>2. 同一参赛内容在不同级别上获奖，从高级别计奖，不重复计算。</w:t>
      </w:r>
    </w:p>
    <w:p>
      <w:pPr>
        <w:spacing w:after="80" w:lineRule="auto" w:line="360"/>
        <w:ind w:firstLine="482"/>
        <w:jc w:val="both"/>
      </w:pPr>
      <w:r>
        <w:rPr>
          <w:rFonts w:ascii="Times New Roman" w:hAnsi="Times New Roman" w:eastAsia="宋体"/>
          <w:b w:val="0"/>
          <w:sz w:val="24"/>
        </w:rPr>
        <w:t>3. 校级竞赛奖励标准由各学院自定。</w:t>
      </w:r>
    </w:p>
    <w:p>
      <w:pPr>
        <w:spacing w:after="80" w:lineRule="auto" w:line="360"/>
        <w:ind w:firstLine="482"/>
        <w:jc w:val="both"/>
      </w:pPr>
      <w:r>
        <w:rPr>
          <w:rFonts w:ascii="Times New Roman" w:hAnsi="Times New Roman" w:eastAsia="宋体"/>
          <w:b w:val="0"/>
          <w:sz w:val="24"/>
        </w:rPr>
        <w:t>浙江财经大学校长办公室 2024年12月11日印发</w:t>
      </w:r>
    </w:p>
    <w:p>
      <w:pPr>
        <w:spacing w:before="160" w:after="80" w:lineRule="auto" w:line="360"/>
        <w:jc w:val="left"/>
      </w:pPr>
      <w:r>
        <w:rPr>
          <w:rFonts w:ascii="Times New Roman" w:hAnsi="Times New Roman" w:eastAsia="宋体"/>
          <w:b/>
          <w:sz w:val="28"/>
        </w:rPr>
        <w:t>八、奖励标准</w:t>
      </w:r>
    </w:p>
    <w:p>
      <w:pPr>
        <w:spacing w:after="80" w:lineRule="auto" w:line="360"/>
        <w:ind w:firstLine="482"/>
        <w:jc w:val="both"/>
      </w:pPr>
      <w:r>
        <w:rPr>
          <w:rFonts w:ascii="Times New Roman" w:hAnsi="Times New Roman" w:eastAsia="宋体"/>
          <w:b w:val="0"/>
          <w:sz w:val="24"/>
        </w:rPr>
        <w:t>1. 金奖、银奖、铜奖奖励金额如下：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奖项</w:t>
            </w:r>
          </w:p>
        </w:tc>
        <w:tc>
          <w:tcPr>
            <w:tcW w:type="dxa" w:w="4317"/>
          </w:tcPr>
          <w:p>
            <w:pPr>
              <w:spacing w:after="20" w:before="20"/>
            </w:pPr>
            <w:r/>
            <w:r>
              <w:rPr>
                <w:rFonts w:ascii="Times New Roman" w:hAnsi="Times New Roman" w:eastAsia="宋体"/>
                <w:b/>
                <w:sz w:val="21"/>
              </w:rPr>
              <w:t>金额</w:t>
            </w:r>
          </w:p>
        </w:tc>
      </w:tr>
      <w:tr>
        <w:tc>
          <w:tcPr>
            <w:tcW w:type="dxa" w:w="4317"/>
          </w:tcPr>
          <w:p>
            <w:pPr>
              <w:spacing w:after="20" w:before="20"/>
            </w:pPr>
            <w:r/>
            <w:r>
              <w:rPr>
                <w:rFonts w:ascii="Times New Roman" w:hAnsi="Times New Roman" w:eastAsia="宋体"/>
                <w:b w:val="0"/>
                <w:sz w:val="21"/>
              </w:rPr>
              <w:t>金奖</w:t>
            </w:r>
          </w:p>
        </w:tc>
        <w:tc>
          <w:tcPr>
            <w:tcW w:type="dxa" w:w="4317"/>
          </w:tcPr>
          <w:p>
            <w:pPr>
              <w:spacing w:after="20" w:before="20"/>
            </w:pPr>
            <w:r/>
            <w:r>
              <w:rPr>
                <w:rFonts w:ascii="Times New Roman" w:hAnsi="Times New Roman" w:eastAsia="宋体"/>
                <w:b w:val="0"/>
                <w:sz w:val="21"/>
              </w:rPr>
              <w:t>112000</w:t>
            </w:r>
          </w:p>
        </w:tc>
      </w:tr>
      <w:tr>
        <w:tc>
          <w:tcPr>
            <w:tcW w:type="dxa" w:w="4317"/>
          </w:tcPr>
          <w:p>
            <w:pPr>
              <w:spacing w:after="20" w:before="20"/>
            </w:pPr>
            <w:r/>
            <w:r>
              <w:rPr>
                <w:rFonts w:ascii="Times New Roman" w:hAnsi="Times New Roman" w:eastAsia="宋体"/>
                <w:b w:val="0"/>
                <w:sz w:val="21"/>
              </w:rPr>
              <w:t>银奖</w:t>
            </w:r>
          </w:p>
        </w:tc>
        <w:tc>
          <w:tcPr>
            <w:tcW w:type="dxa" w:w="4317"/>
          </w:tcPr>
          <w:p>
            <w:pPr>
              <w:spacing w:after="20" w:before="20"/>
            </w:pPr>
            <w:r/>
            <w:r>
              <w:rPr>
                <w:rFonts w:ascii="Times New Roman" w:hAnsi="Times New Roman" w:eastAsia="宋体"/>
                <w:b w:val="0"/>
                <w:sz w:val="21"/>
              </w:rPr>
              <w:t>56000</w:t>
            </w:r>
          </w:p>
        </w:tc>
      </w:tr>
      <w:tr>
        <w:tc>
          <w:tcPr>
            <w:tcW w:type="dxa" w:w="4317"/>
          </w:tcPr>
          <w:p>
            <w:pPr>
              <w:spacing w:after="20" w:before="20"/>
            </w:pPr>
            <w:r/>
            <w:r>
              <w:rPr>
                <w:rFonts w:ascii="Times New Roman" w:hAnsi="Times New Roman" w:eastAsia="宋体"/>
                <w:b w:val="0"/>
                <w:sz w:val="21"/>
              </w:rPr>
              <w:t>铜奖</w:t>
            </w:r>
          </w:p>
        </w:tc>
        <w:tc>
          <w:tcPr>
            <w:tcW w:type="dxa" w:w="4317"/>
          </w:tcPr>
          <w:p>
            <w:pPr>
              <w:spacing w:after="20" w:before="20"/>
            </w:pPr>
            <w:r/>
            <w:r>
              <w:rPr>
                <w:rFonts w:ascii="Times New Roman" w:hAnsi="Times New Roman" w:eastAsia="宋体"/>
                <w:b w:val="0"/>
                <w:sz w:val="21"/>
              </w:rPr>
              <w:t>35000</w:t>
            </w:r>
          </w:p>
        </w:tc>
      </w:tr>
      <w:tr>
        <w:tc>
          <w:tcPr>
            <w:tcW w:type="dxa" w:w="4317"/>
          </w:tcPr>
          <w:p>
            <w:pPr>
              <w:spacing w:after="20" w:before="20"/>
            </w:pPr>
            <w:r/>
            <w:r>
              <w:rPr>
                <w:rFonts w:ascii="Times New Roman" w:hAnsi="Times New Roman" w:eastAsia="宋体"/>
                <w:b w:val="0"/>
                <w:sz w:val="21"/>
              </w:rPr>
              <w:t>铜奖</w:t>
            </w:r>
          </w:p>
        </w:tc>
        <w:tc>
          <w:tcPr>
            <w:tcW w:type="dxa" w:w="4317"/>
          </w:tcPr>
          <w:p>
            <w:pPr>
              <w:spacing w:after="20" w:before="20"/>
            </w:pPr>
            <w:r/>
            <w:r>
              <w:rPr>
                <w:rFonts w:ascii="Times New Roman" w:hAnsi="Times New Roman" w:eastAsia="宋体"/>
                <w:b w:val="0"/>
                <w:sz w:val="21"/>
              </w:rPr>
              <w:t>17500</w:t>
            </w:r>
          </w:p>
        </w:tc>
      </w:tr>
      <w:tr>
        <w:tc>
          <w:tcPr>
            <w:tcW w:type="dxa" w:w="4317"/>
          </w:tcPr>
          <w:p>
            <w:pPr>
              <w:spacing w:after="20" w:before="20"/>
            </w:pPr>
            <w:r/>
            <w:r>
              <w:rPr>
                <w:rFonts w:ascii="Times New Roman" w:hAnsi="Times New Roman" w:eastAsia="宋体"/>
                <w:b w:val="0"/>
                <w:sz w:val="21"/>
              </w:rPr>
              <w:t>铜奖</w:t>
            </w:r>
          </w:p>
        </w:tc>
        <w:tc>
          <w:tcPr>
            <w:tcW w:type="dxa" w:w="4317"/>
          </w:tcPr>
          <w:p>
            <w:pPr>
              <w:spacing w:after="20" w:before="20"/>
            </w:pPr>
            <w:r/>
            <w:r>
              <w:rPr>
                <w:rFonts w:ascii="Times New Roman" w:hAnsi="Times New Roman" w:eastAsia="宋体"/>
                <w:b w:val="0"/>
                <w:sz w:val="21"/>
              </w:rPr>
              <w:t>17500</w:t>
            </w:r>
          </w:p>
        </w:tc>
      </w:tr>
      <w:tr>
        <w:tc>
          <w:tcPr>
            <w:tcW w:type="dxa" w:w="4317"/>
          </w:tcPr>
          <w:p>
            <w:pPr>
              <w:spacing w:after="20" w:before="20"/>
            </w:pPr>
            <w:r/>
            <w:r>
              <w:rPr>
                <w:rFonts w:ascii="Times New Roman" w:hAnsi="Times New Roman" w:eastAsia="宋体"/>
                <w:b w:val="0"/>
                <w:sz w:val="21"/>
              </w:rPr>
              <w:t>铜奖</w:t>
            </w:r>
          </w:p>
        </w:tc>
        <w:tc>
          <w:tcPr>
            <w:tcW w:type="dxa" w:w="4317"/>
          </w:tcPr>
          <w:p>
            <w:pPr>
              <w:spacing w:after="20" w:before="20"/>
            </w:pPr>
            <w:r/>
            <w:r>
              <w:rPr>
                <w:rFonts w:ascii="Times New Roman" w:hAnsi="Times New Roman" w:eastAsia="宋体"/>
                <w:b w:val="0"/>
                <w:sz w:val="21"/>
              </w:rPr>
              <w:t>14000</w:t>
            </w:r>
          </w:p>
        </w:tc>
      </w:tr>
      <w:tr>
        <w:tc>
          <w:tcPr>
            <w:tcW w:type="dxa" w:w="4317"/>
          </w:tcPr>
          <w:p>
            <w:pPr>
              <w:spacing w:after="20" w:before="20"/>
            </w:pPr>
            <w:r/>
            <w:r>
              <w:rPr>
                <w:rFonts w:ascii="Times New Roman" w:hAnsi="Times New Roman" w:eastAsia="宋体"/>
                <w:b w:val="0"/>
                <w:sz w:val="21"/>
              </w:rPr>
              <w:t>铜奖</w:t>
            </w:r>
          </w:p>
        </w:tc>
        <w:tc>
          <w:tcPr>
            <w:tcW w:type="dxa" w:w="4317"/>
          </w:tcPr>
          <w:p>
            <w:pPr>
              <w:spacing w:after="20" w:before="20"/>
            </w:pPr>
            <w:r/>
            <w:r>
              <w:rPr>
                <w:rFonts w:ascii="Times New Roman" w:hAnsi="Times New Roman" w:eastAsia="宋体"/>
                <w:b w:val="0"/>
                <w:sz w:val="21"/>
              </w:rPr>
              <w:t>3500</w:t>
            </w:r>
          </w:p>
        </w:tc>
      </w:tr>
    </w:tbl>
    <w:p>
      <w:pPr>
        <w:spacing w:after="80" w:lineRule="auto" w:line="360"/>
        <w:ind w:firstLine="482"/>
        <w:jc w:val="both"/>
      </w:pPr>
      <w:r>
        <w:rPr>
          <w:rFonts w:ascii="Times New Roman" w:hAnsi="Times New Roman" w:eastAsia="宋体"/>
          <w:b w:val="0"/>
          <w:sz w:val="24"/>
        </w:rPr>
        <w:t>2. 其他竞赛奖励标准如下：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竞赛是团队赛的奖励标准见上表；个人赛奖励标准按上表中对应级别的一半计算。</w:t>
      </w:r>
    </w:p>
    <w:p>
      <w:pPr>
        <w:spacing w:after="80" w:lineRule="auto" w:line="360"/>
        <w:ind w:firstLine="482"/>
        <w:jc w:val="both"/>
      </w:pPr>
      <w:r>
        <w:rPr>
          <w:rFonts w:ascii="Times New Roman" w:hAnsi="Times New Roman" w:eastAsia="宋体"/>
          <w:b w:val="0"/>
          <w:sz w:val="24"/>
        </w:rPr>
        <w:t>2. 同一参赛内容在不同级别上获奖，从高级别计奖，不重复计算。</w:t>
      </w:r>
    </w:p>
    <w:p>
      <w:pPr>
        <w:spacing w:after="80" w:lineRule="auto" w:line="360"/>
        <w:ind w:firstLine="482"/>
        <w:jc w:val="both"/>
      </w:pPr>
      <w:r>
        <w:rPr>
          <w:rFonts w:ascii="Times New Roman" w:hAnsi="Times New Roman" w:eastAsia="宋体"/>
          <w:b w:val="0"/>
          <w:sz w:val="24"/>
        </w:rPr>
        <w:t>3. 校级竞赛奖励标准由各学院自定。</w:t>
      </w:r>
    </w:p>
    <w:p>
      <w:pPr>
        <w:spacing w:after="80" w:lineRule="auto" w:line="360"/>
        <w:ind w:firstLine="482"/>
        <w:jc w:val="both"/>
      </w:pPr>
      <w:r>
        <w:rPr>
          <w:rFonts w:ascii="Times New Roman" w:hAnsi="Times New Roman" w:eastAsia="宋体"/>
          <w:b w:val="0"/>
          <w:sz w:val="24"/>
        </w:rPr>
        <w:t>浙江财经大学校长办公室 2024年12月11日印发</w:t>
      </w:r>
    </w:p>
    <w:p>
      <w:pPr>
        <w:spacing w:before="160" w:after="80" w:lineRule="auto" w:line="360"/>
        <w:jc w:val="left"/>
      </w:pPr>
      <w:r>
        <w:rPr>
          <w:rFonts w:ascii="Times New Roman" w:hAnsi="Times New Roman" w:eastAsia="宋体"/>
          <w:b/>
          <w:sz w:val="28"/>
        </w:rPr>
        <w:t>八、奖励标准</w:t>
      </w:r>
    </w:p>
    <w:p>
      <w:pPr>
        <w:spacing w:after="80" w:lineRule="auto" w:line="360"/>
        <w:ind w:firstLine="482"/>
        <w:jc w:val="both"/>
      </w:pPr>
      <w:r>
        <w:rPr>
          <w:rFonts w:ascii="Times New Roman" w:hAnsi="Times New Roman" w:eastAsia="宋体"/>
          <w:b w:val="0"/>
          <w:sz w:val="24"/>
        </w:rPr>
        <w:t>1. 金奖、银奖、铜奖奖励金额如下：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奖项</w:t>
            </w:r>
          </w:p>
        </w:tc>
        <w:tc>
          <w:tcPr>
            <w:tcW w:type="dxa" w:w="4317"/>
          </w:tcPr>
          <w:p>
            <w:pPr>
              <w:spacing w:after="20" w:before="20"/>
            </w:pPr>
            <w:r/>
            <w:r>
              <w:rPr>
                <w:rFonts w:ascii="Times New Roman" w:hAnsi="Times New Roman" w:eastAsia="宋体"/>
                <w:b/>
                <w:sz w:val="21"/>
              </w:rPr>
              <w:t>金额</w:t>
            </w:r>
          </w:p>
        </w:tc>
      </w:tr>
      <w:tr>
        <w:tc>
          <w:tcPr>
            <w:tcW w:type="dxa" w:w="4317"/>
          </w:tcPr>
          <w:p>
            <w:pPr>
              <w:spacing w:after="20" w:before="20"/>
            </w:pPr>
            <w:r/>
            <w:r>
              <w:rPr>
                <w:rFonts w:ascii="Times New Roman" w:hAnsi="Times New Roman" w:eastAsia="宋体"/>
                <w:b w:val="0"/>
                <w:sz w:val="21"/>
              </w:rPr>
              <w:t>金奖</w:t>
            </w:r>
          </w:p>
        </w:tc>
        <w:tc>
          <w:tcPr>
            <w:tcW w:type="dxa" w:w="4317"/>
          </w:tcPr>
          <w:p>
            <w:pPr>
              <w:spacing w:after="20" w:before="20"/>
            </w:pPr>
            <w:r/>
            <w:r>
              <w:rPr>
                <w:rFonts w:ascii="Times New Roman" w:hAnsi="Times New Roman" w:eastAsia="宋体"/>
                <w:b w:val="0"/>
                <w:sz w:val="21"/>
              </w:rPr>
              <w:t>112000</w:t>
            </w:r>
          </w:p>
        </w:tc>
      </w:tr>
      <w:tr>
        <w:tc>
          <w:tcPr>
            <w:tcW w:type="dxa" w:w="4317"/>
          </w:tcPr>
          <w:p>
            <w:pPr>
              <w:spacing w:after="20" w:before="20"/>
            </w:pPr>
            <w:r/>
            <w:r>
              <w:rPr>
                <w:rFonts w:ascii="Times New Roman" w:hAnsi="Times New Roman" w:eastAsia="宋体"/>
                <w:b w:val="0"/>
                <w:sz w:val="21"/>
              </w:rPr>
              <w:t>银奖</w:t>
            </w:r>
          </w:p>
        </w:tc>
        <w:tc>
          <w:tcPr>
            <w:tcW w:type="dxa" w:w="4317"/>
          </w:tcPr>
          <w:p>
            <w:pPr>
              <w:spacing w:after="20" w:before="20"/>
            </w:pPr>
            <w:r/>
            <w:r>
              <w:rPr>
                <w:rFonts w:ascii="Times New Roman" w:hAnsi="Times New Roman" w:eastAsia="宋体"/>
                <w:b w:val="0"/>
                <w:sz w:val="21"/>
              </w:rPr>
              <w:t>56000</w:t>
            </w:r>
          </w:p>
        </w:tc>
      </w:tr>
      <w:tr>
        <w:tc>
          <w:tcPr>
            <w:tcW w:type="dxa" w:w="4317"/>
          </w:tcPr>
          <w:p>
            <w:pPr>
              <w:spacing w:after="20" w:before="20"/>
            </w:pPr>
            <w:r/>
            <w:r>
              <w:rPr>
                <w:rFonts w:ascii="Times New Roman" w:hAnsi="Times New Roman" w:eastAsia="宋体"/>
                <w:b w:val="0"/>
                <w:sz w:val="21"/>
              </w:rPr>
              <w:t>铜奖</w:t>
            </w:r>
          </w:p>
        </w:tc>
        <w:tc>
          <w:tcPr>
            <w:tcW w:type="dxa" w:w="4317"/>
          </w:tcPr>
          <w:p>
            <w:pPr>
              <w:spacing w:after="20" w:before="20"/>
            </w:pPr>
            <w:r/>
            <w:r>
              <w:rPr>
                <w:rFonts w:ascii="Times New Roman" w:hAnsi="Times New Roman" w:eastAsia="宋体"/>
                <w:b w:val="0"/>
                <w:sz w:val="21"/>
              </w:rPr>
              <w:t>35000</w:t>
            </w:r>
          </w:p>
        </w:tc>
      </w:tr>
    </w:tbl>
    <w:p>
      <w:pPr>
        <w:spacing w:after="80" w:lineRule="auto" w:line="360"/>
        <w:ind w:firstLine="482"/>
        <w:jc w:val="both"/>
      </w:pPr>
      <w:r>
        <w:rPr>
          <w:rFonts w:ascii="Times New Roman" w:hAnsi="Times New Roman" w:eastAsia="宋体"/>
          <w:b w:val="0"/>
          <w:sz w:val="24"/>
        </w:rPr>
        <w:t>2. 其他竞赛奖励标准如下：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竞赛是团队赛的奖励标准见上表；个人赛奖励标准按上表中对应级别的一半计算。</w:t>
      </w:r>
    </w:p>
    <w:p>
      <w:pPr>
        <w:spacing w:after="80" w:lineRule="auto" w:line="360"/>
        <w:ind w:firstLine="482"/>
        <w:jc w:val="both"/>
      </w:pPr>
      <w:r>
        <w:rPr>
          <w:rFonts w:ascii="Times New Roman" w:hAnsi="Times New Roman" w:eastAsia="宋体"/>
          <w:b w:val="0"/>
          <w:sz w:val="24"/>
        </w:rPr>
        <w:t>2. 同一参赛内容在不同级别上获奖，从高级别计奖，不重复计算。</w:t>
      </w:r>
    </w:p>
    <w:p>
      <w:pPr>
        <w:spacing w:after="80" w:lineRule="auto" w:line="360"/>
        <w:ind w:firstLine="482"/>
        <w:jc w:val="both"/>
      </w:pPr>
      <w:r>
        <w:rPr>
          <w:rFonts w:ascii="Times New Roman" w:hAnsi="Times New Roman" w:eastAsia="宋体"/>
          <w:b w:val="0"/>
          <w:sz w:val="24"/>
        </w:rPr>
        <w:t>3. 校级竞赛奖励标准由各学院自定。</w:t>
      </w:r>
    </w:p>
    <w:p>
      <w:pPr>
        <w:spacing w:after="80" w:lineRule="auto" w:line="360"/>
        <w:ind w:firstLine="482"/>
        <w:jc w:val="both"/>
      </w:pPr>
      <w:r>
        <w:rPr>
          <w:rFonts w:ascii="Times New Roman" w:hAnsi="Times New Roman" w:eastAsia="宋体"/>
          <w:b w:val="0"/>
          <w:sz w:val="24"/>
        </w:rPr>
        <w:t>浙江财经大学校长办公室 2024年12月11日印发</w:t>
      </w:r>
    </w:p>
    <w:p>
      <w:pPr>
        <w:spacing w:before="160" w:after="80" w:lineRule="auto" w:line="360"/>
        <w:jc w:val="left"/>
      </w:pPr>
      <w:r>
        <w:rPr>
          <w:rFonts w:ascii="Times New Roman" w:hAnsi="Times New Roman" w:eastAsia="宋体"/>
          <w:b/>
          <w:sz w:val="28"/>
        </w:rPr>
        <w:t>八、奖励标准</w:t>
      </w:r>
    </w:p>
    <w:p>
      <w:pPr>
        <w:spacing w:after="80" w:lineRule="auto" w:line="360"/>
        <w:ind w:firstLine="482"/>
        <w:jc w:val="both"/>
      </w:pPr>
      <w:r>
        <w:rPr>
          <w:rFonts w:ascii="Times New Roman" w:hAnsi="Times New Roman" w:eastAsia="宋体"/>
          <w:b w:val="0"/>
          <w:sz w:val="24"/>
        </w:rPr>
        <w:t>1. 其他竞赛奖励标准如下：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2. 竞赛是团队赛的奖励标准见上表；个人赛奖励标准按上表中对应级别的一半计算。</w:t>
      </w:r>
    </w:p>
    <w:p>
      <w:pPr>
        <w:spacing w:after="80" w:lineRule="auto" w:line="360"/>
        <w:ind w:firstLine="482"/>
        <w:jc w:val="both"/>
      </w:pPr>
      <w:r>
        <w:rPr>
          <w:rFonts w:ascii="Times New Roman" w:hAnsi="Times New Roman" w:eastAsia="宋体"/>
          <w:b w:val="0"/>
          <w:sz w:val="24"/>
        </w:rPr>
        <w:t>3. 同一参赛内容在不同级别上获奖，从高级别计奖，不重复计算。</w:t>
      </w:r>
    </w:p>
    <w:p>
      <w:pPr>
        <w:spacing w:after="80" w:lineRule="auto" w:line="360"/>
        <w:ind w:firstLine="482"/>
        <w:jc w:val="both"/>
      </w:pPr>
      <w:r>
        <w:rPr>
          <w:rFonts w:ascii="Times New Roman" w:hAnsi="Times New Roman" w:eastAsia="宋体"/>
          <w:b w:val="0"/>
          <w:sz w:val="24"/>
        </w:rPr>
        <w:t>4. 校级竞赛奖励标准由各学院自定。</w:t>
      </w:r>
    </w:p>
    <w:p>
      <w:pPr>
        <w:spacing w:before="160" w:after="80" w:lineRule="auto" w:line="360"/>
        <w:jc w:val="left"/>
      </w:pPr>
      <w:r>
        <w:rPr>
          <w:rFonts w:ascii="Times New Roman" w:hAnsi="Times New Roman" w:eastAsia="宋体"/>
          <w:b/>
          <w:sz w:val="28"/>
        </w:rPr>
        <w:t>九、印发信息</w:t>
      </w:r>
    </w:p>
    <w:p>
      <w:pPr>
        <w:spacing w:after="80" w:lineRule="auto" w:line="360"/>
        <w:ind w:firstLine="482"/>
        <w:jc w:val="both"/>
      </w:pPr>
      <w:r>
        <w:rPr>
          <w:rFonts w:ascii="Times New Roman" w:hAnsi="Times New Roman" w:eastAsia="宋体"/>
          <w:b w:val="0"/>
          <w:sz w:val="24"/>
        </w:rPr>
        <w:t>浙江财经大学校长办公室 2024年12月11日印发</w:t>
      </w:r>
    </w:p>
    <w:p>
      <w:pPr>
        <w:spacing w:before="160" w:after="80" w:lineRule="auto" w:line="360"/>
        <w:jc w:val="left"/>
      </w:pPr>
      <w:r>
        <w:rPr>
          <w:rFonts w:ascii="Times New Roman" w:hAnsi="Times New Roman" w:eastAsia="宋体"/>
          <w:b/>
          <w:sz w:val="28"/>
        </w:rPr>
        <w:t>八、奖励标准</w:t>
      </w:r>
    </w:p>
    <w:p>
      <w:pPr>
        <w:spacing w:after="80" w:lineRule="auto" w:line="360"/>
        <w:ind w:firstLine="482"/>
        <w:jc w:val="both"/>
      </w:pPr>
      <w:r>
        <w:rPr>
          <w:rFonts w:ascii="Times New Roman" w:hAnsi="Times New Roman" w:eastAsia="宋体"/>
          <w:b w:val="0"/>
          <w:sz w:val="24"/>
        </w:rPr>
        <w:t>1. 其他竞赛奖励标准如下：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2. 相关金额标准如下：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项目</w:t>
            </w:r>
          </w:p>
        </w:tc>
        <w:tc>
          <w:tcPr>
            <w:tcW w:type="dxa" w:w="4317"/>
          </w:tcPr>
          <w:p>
            <w:pPr>
              <w:spacing w:after="20" w:before="20"/>
            </w:pPr>
            <w:r/>
            <w:r>
              <w:rPr>
                <w:rFonts w:ascii="Times New Roman" w:hAnsi="Times New Roman" w:eastAsia="宋体"/>
                <w:b/>
                <w:sz w:val="21"/>
              </w:rPr>
              <w:t>金额</w:t>
            </w:r>
          </w:p>
        </w:tc>
      </w:tr>
      <w:tr>
        <w:tc>
          <w:tcPr>
            <w:tcW w:type="dxa" w:w="4317"/>
          </w:tcPr>
          <w:p>
            <w:pPr>
              <w:spacing w:after="20" w:before="20"/>
            </w:pPr>
            <w:r/>
            <w:r>
              <w:rPr>
                <w:rFonts w:ascii="Times New Roman" w:hAnsi="Times New Roman" w:eastAsia="宋体"/>
                <w:b w:val="0"/>
                <w:sz w:val="21"/>
              </w:rPr>
              <w:t>银奖</w:t>
            </w:r>
          </w:p>
        </w:tc>
        <w:tc>
          <w:tcPr>
            <w:tcW w:type="dxa" w:w="4317"/>
          </w:tcPr>
          <w:p>
            <w:pPr>
              <w:spacing w:after="20" w:before="20"/>
            </w:pPr>
            <w:r/>
            <w:r>
              <w:rPr>
                <w:rFonts w:ascii="Times New Roman" w:hAnsi="Times New Roman" w:eastAsia="宋体"/>
                <w:b w:val="0"/>
                <w:sz w:val="21"/>
              </w:rPr>
              <w:t>112000</w:t>
            </w:r>
          </w:p>
        </w:tc>
      </w:tr>
      <w:tr>
        <w:tc>
          <w:tcPr>
            <w:tcW w:type="dxa" w:w="4317"/>
          </w:tcPr>
          <w:p>
            <w:pPr>
              <w:spacing w:after="20" w:before="20"/>
            </w:pPr>
            <w:r/>
            <w:r>
              <w:rPr>
                <w:rFonts w:ascii="Times New Roman" w:hAnsi="Times New Roman" w:eastAsia="宋体"/>
                <w:b w:val="0"/>
                <w:sz w:val="21"/>
              </w:rPr>
              <w:t>铜奖</w:t>
            </w:r>
          </w:p>
        </w:tc>
        <w:tc>
          <w:tcPr>
            <w:tcW w:type="dxa" w:w="4317"/>
          </w:tcPr>
          <w:p>
            <w:pPr>
              <w:spacing w:after="20" w:before="20"/>
            </w:pPr>
            <w:r/>
            <w:r>
              <w:rPr>
                <w:rFonts w:ascii="Times New Roman" w:hAnsi="Times New Roman" w:eastAsia="宋体"/>
                <w:b w:val="0"/>
                <w:sz w:val="21"/>
              </w:rPr>
              <w:t>56000</w:t>
            </w:r>
          </w:p>
        </w:tc>
      </w:tr>
      <w:tr>
        <w:tc>
          <w:tcPr>
            <w:tcW w:type="dxa" w:w="4317"/>
          </w:tcPr>
          <w:p>
            <w:pPr>
              <w:spacing w:after="20" w:before="20"/>
            </w:pPr>
            <w:r/>
            <w:r>
              <w:rPr>
                <w:rFonts w:ascii="Times New Roman" w:hAnsi="Times New Roman" w:eastAsia="宋体"/>
                <w:b w:val="0"/>
                <w:sz w:val="21"/>
              </w:rPr>
            </w:r>
          </w:p>
        </w:tc>
        <w:tc>
          <w:tcPr>
            <w:tcW w:type="dxa" w:w="4317"/>
          </w:tcPr>
          <w:p>
            <w:pPr>
              <w:spacing w:after="20" w:before="20"/>
            </w:pPr>
            <w:r/>
            <w:r>
              <w:rPr>
                <w:rFonts w:ascii="Times New Roman" w:hAnsi="Times New Roman" w:eastAsia="宋体"/>
                <w:b w:val="0"/>
                <w:sz w:val="21"/>
              </w:rPr>
              <w:t>35000</w:t>
            </w:r>
          </w:p>
        </w:tc>
      </w:tr>
      <w:tr>
        <w:tc>
          <w:tcPr>
            <w:tcW w:type="dxa" w:w="4317"/>
          </w:tcPr>
          <w:p>
            <w:pPr>
              <w:spacing w:after="20" w:before="20"/>
            </w:pPr>
            <w:r/>
            <w:r>
              <w:rPr>
                <w:rFonts w:ascii="Times New Roman" w:hAnsi="Times New Roman" w:eastAsia="宋体"/>
                <w:b w:val="0"/>
                <w:sz w:val="21"/>
              </w:rPr>
            </w:r>
          </w:p>
        </w:tc>
        <w:tc>
          <w:tcPr>
            <w:tcW w:type="dxa" w:w="4317"/>
          </w:tcPr>
          <w:p>
            <w:pPr>
              <w:spacing w:after="20" w:before="20"/>
            </w:pPr>
            <w:r/>
            <w:r>
              <w:rPr>
                <w:rFonts w:ascii="Times New Roman" w:hAnsi="Times New Roman" w:eastAsia="宋体"/>
                <w:b w:val="0"/>
                <w:sz w:val="21"/>
              </w:rPr>
              <w:t>17500</w:t>
            </w:r>
          </w:p>
        </w:tc>
      </w:tr>
      <w:tr>
        <w:tc>
          <w:tcPr>
            <w:tcW w:type="dxa" w:w="4317"/>
          </w:tcPr>
          <w:p>
            <w:pPr>
              <w:spacing w:after="20" w:before="20"/>
            </w:pPr>
            <w:r/>
            <w:r>
              <w:rPr>
                <w:rFonts w:ascii="Times New Roman" w:hAnsi="Times New Roman" w:eastAsia="宋体"/>
                <w:b w:val="0"/>
                <w:sz w:val="21"/>
              </w:rPr>
            </w:r>
          </w:p>
        </w:tc>
        <w:tc>
          <w:tcPr>
            <w:tcW w:type="dxa" w:w="4317"/>
          </w:tcPr>
          <w:p>
            <w:pPr>
              <w:spacing w:after="20" w:before="20"/>
            </w:pPr>
            <w:r/>
            <w:r>
              <w:rPr>
                <w:rFonts w:ascii="Times New Roman" w:hAnsi="Times New Roman" w:eastAsia="宋体"/>
                <w:b w:val="0"/>
                <w:sz w:val="21"/>
              </w:rPr>
              <w:t>17500</w:t>
            </w:r>
          </w:p>
        </w:tc>
      </w:tr>
      <w:tr>
        <w:tc>
          <w:tcPr>
            <w:tcW w:type="dxa" w:w="4317"/>
          </w:tcPr>
          <w:p>
            <w:pPr>
              <w:spacing w:after="20" w:before="20"/>
            </w:pPr>
            <w:r/>
            <w:r>
              <w:rPr>
                <w:rFonts w:ascii="Times New Roman" w:hAnsi="Times New Roman" w:eastAsia="宋体"/>
                <w:b w:val="0"/>
                <w:sz w:val="21"/>
              </w:rPr>
            </w:r>
          </w:p>
        </w:tc>
        <w:tc>
          <w:tcPr>
            <w:tcW w:type="dxa" w:w="4317"/>
          </w:tcPr>
          <w:p>
            <w:pPr>
              <w:spacing w:after="20" w:before="20"/>
            </w:pPr>
            <w:r/>
            <w:r>
              <w:rPr>
                <w:rFonts w:ascii="Times New Roman" w:hAnsi="Times New Roman" w:eastAsia="宋体"/>
                <w:b w:val="0"/>
                <w:sz w:val="21"/>
              </w:rPr>
              <w:t>14000</w:t>
            </w:r>
          </w:p>
        </w:tc>
      </w:tr>
      <w:tr>
        <w:tc>
          <w:tcPr>
            <w:tcW w:type="dxa" w:w="4317"/>
          </w:tcPr>
          <w:p>
            <w:pPr>
              <w:spacing w:after="20" w:before="20"/>
            </w:pPr>
            <w:r/>
            <w:r>
              <w:rPr>
                <w:rFonts w:ascii="Times New Roman" w:hAnsi="Times New Roman" w:eastAsia="宋体"/>
                <w:b w:val="0"/>
                <w:sz w:val="21"/>
              </w:rPr>
            </w:r>
          </w:p>
        </w:tc>
        <w:tc>
          <w:tcPr>
            <w:tcW w:type="dxa" w:w="4317"/>
          </w:tcPr>
          <w:p>
            <w:pPr>
              <w:spacing w:after="20" w:before="20"/>
            </w:pPr>
            <w:r/>
            <w:r>
              <w:rPr>
                <w:rFonts w:ascii="Times New Roman" w:hAnsi="Times New Roman" w:eastAsia="宋体"/>
                <w:b w:val="0"/>
                <w:sz w:val="21"/>
              </w:rPr>
              <w:t>3500</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竞赛是团队赛的奖励标准见上表；个人赛奖励标准按上表中对应级别的一半计算。</w:t>
      </w:r>
    </w:p>
    <w:p>
      <w:pPr>
        <w:spacing w:after="80" w:lineRule="auto" w:line="360"/>
        <w:ind w:firstLine="482"/>
        <w:jc w:val="both"/>
      </w:pPr>
      <w:r>
        <w:rPr>
          <w:rFonts w:ascii="Times New Roman" w:hAnsi="Times New Roman" w:eastAsia="宋体"/>
          <w:b w:val="0"/>
          <w:sz w:val="24"/>
        </w:rPr>
        <w:t>2. 同一参赛内容在不同级别上获奖，从高级别计奖，不重复计算。</w:t>
      </w:r>
    </w:p>
    <w:p>
      <w:pPr>
        <w:spacing w:after="80" w:lineRule="auto" w:line="360"/>
        <w:ind w:firstLine="482"/>
        <w:jc w:val="both"/>
      </w:pPr>
      <w:r>
        <w:rPr>
          <w:rFonts w:ascii="Times New Roman" w:hAnsi="Times New Roman" w:eastAsia="宋体"/>
          <w:b w:val="0"/>
          <w:sz w:val="24"/>
        </w:rPr>
        <w:t>3. 校级竞赛奖励标准由各学院自定。</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浙江财经大学校长办公室 2024年12月11日印发</w:t>
      </w:r>
    </w:p>
    <w:p>
      <w:pPr>
        <w:spacing w:before="160" w:after="80" w:lineRule="auto" w:line="360"/>
        <w:jc w:val="left"/>
      </w:pPr>
      <w:r>
        <w:rPr>
          <w:rFonts w:ascii="Times New Roman" w:hAnsi="Times New Roman" w:eastAsia="宋体"/>
          <w:b/>
          <w:sz w:val="28"/>
        </w:rPr>
        <w:t>八、奖励标准</w:t>
      </w:r>
    </w:p>
    <w:p>
      <w:pPr>
        <w:spacing w:after="80" w:lineRule="auto" w:line="360"/>
        <w:ind w:firstLine="482"/>
        <w:jc w:val="both"/>
      </w:pPr>
      <w:r>
        <w:rPr>
          <w:rFonts w:ascii="Times New Roman" w:hAnsi="Times New Roman" w:eastAsia="宋体"/>
          <w:b w:val="0"/>
          <w:sz w:val="24"/>
        </w:rPr>
        <w:t>1. 其他竞赛奖励标准如下：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2. 银奖、铜奖奖励金额分别为 112000、56000、35000、17500、17500、14000、3500（具体对应关系原文未明确）。</w:t>
      </w:r>
    </w:p>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竞赛是团队赛的奖励标准见上表；个人赛奖励标准按上表中对应级别的一半计算。</w:t>
      </w:r>
    </w:p>
    <w:p>
      <w:pPr>
        <w:spacing w:after="80" w:lineRule="auto" w:line="360"/>
        <w:ind w:firstLine="482"/>
        <w:jc w:val="both"/>
      </w:pPr>
      <w:r>
        <w:rPr>
          <w:rFonts w:ascii="Times New Roman" w:hAnsi="Times New Roman" w:eastAsia="宋体"/>
          <w:b w:val="0"/>
          <w:sz w:val="24"/>
        </w:rPr>
        <w:t>2. 同一参赛内容在不同级别上获奖，从高级别计奖，不重复计算。</w:t>
      </w:r>
    </w:p>
    <w:p>
      <w:pPr>
        <w:spacing w:after="80" w:lineRule="auto" w:line="360"/>
        <w:ind w:firstLine="482"/>
        <w:jc w:val="both"/>
      </w:pPr>
      <w:r>
        <w:rPr>
          <w:rFonts w:ascii="Times New Roman" w:hAnsi="Times New Roman" w:eastAsia="宋体"/>
          <w:b w:val="0"/>
          <w:sz w:val="24"/>
        </w:rPr>
        <w:t>3. 校级竞赛奖励标准由各学院自定。</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浙江财经大学校长办公室 2024年12月11日印发</w:t>
      </w:r>
    </w:p>
    <w:p>
      <w:pPr>
        <w:spacing w:before="160" w:after="80" w:lineRule="auto" w:line="360"/>
        <w:jc w:val="left"/>
      </w:pPr>
      <w:r>
        <w:rPr>
          <w:rFonts w:ascii="Times New Roman" w:hAnsi="Times New Roman" w:eastAsia="宋体"/>
          <w:b/>
          <w:sz w:val="28"/>
        </w:rPr>
        <w:t>八、其他竞赛奖励标准</w:t>
      </w:r>
    </w:p>
    <w:p>
      <w:pPr>
        <w:spacing w:after="80" w:lineRule="auto" w:line="360"/>
        <w:ind w:firstLine="482"/>
        <w:jc w:val="both"/>
      </w:pPr>
      <w:r>
        <w:rPr>
          <w:rFonts w:ascii="Times New Roman" w:hAnsi="Times New Roman" w:eastAsia="宋体"/>
          <w:b w:val="0"/>
          <w:sz w:val="24"/>
        </w:rPr>
        <w:t>1. 团队赛奖励标准如下：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2. 个人赛奖励标准按上表中对应级别的一半计算。</w:t>
      </w:r>
    </w:p>
    <w:p>
      <w:pPr>
        <w:spacing w:after="80" w:lineRule="auto" w:line="360"/>
        <w:ind w:firstLine="482"/>
        <w:jc w:val="both"/>
      </w:pPr>
      <w:r>
        <w:rPr>
          <w:rFonts w:ascii="Times New Roman" w:hAnsi="Times New Roman" w:eastAsia="宋体"/>
          <w:b w:val="0"/>
          <w:sz w:val="24"/>
        </w:rPr>
        <w:t>3. 同一参赛内容在不同级别上获奖，从高级别计奖，不重复计算。</w:t>
      </w:r>
    </w:p>
    <w:p>
      <w:pPr>
        <w:spacing w:after="80" w:lineRule="auto" w:line="360"/>
        <w:ind w:firstLine="482"/>
        <w:jc w:val="both"/>
      </w:pPr>
      <w:r>
        <w:rPr>
          <w:rFonts w:ascii="Times New Roman" w:hAnsi="Times New Roman" w:eastAsia="宋体"/>
          <w:b w:val="0"/>
          <w:sz w:val="24"/>
        </w:rPr>
        <w:t>4. 校级竞赛奖励标准由各学院自定。</w:t>
      </w:r>
    </w:p>
    <w:p>
      <w:pPr>
        <w:spacing w:before="160" w:after="80" w:lineRule="auto" w:line="360"/>
        <w:jc w:val="left"/>
      </w:pPr>
      <w:r>
        <w:rPr>
          <w:rFonts w:ascii="Times New Roman" w:hAnsi="Times New Roman" w:eastAsia="宋体"/>
          <w:b/>
          <w:sz w:val="28"/>
        </w:rPr>
        <w:t>九、印发信息</w:t>
      </w:r>
    </w:p>
    <w:p>
      <w:pPr>
        <w:spacing w:after="80" w:lineRule="auto" w:line="360"/>
        <w:ind w:firstLine="482"/>
        <w:jc w:val="both"/>
      </w:pPr>
      <w:r>
        <w:rPr>
          <w:rFonts w:ascii="Times New Roman" w:hAnsi="Times New Roman" w:eastAsia="宋体"/>
          <w:b w:val="0"/>
          <w:sz w:val="24"/>
        </w:rPr>
        <w:t>浙江财经大学校长办公室　2024年12月11日印发</w:t>
      </w:r>
    </w:p>
    <w:p>
      <w:pPr>
        <w:spacing w:before="160" w:after="80" w:lineRule="auto" w:line="360"/>
        <w:jc w:val="left"/>
      </w:pPr>
      <w:r>
        <w:rPr>
          <w:rFonts w:ascii="Times New Roman" w:hAnsi="Times New Roman" w:eastAsia="宋体"/>
          <w:b/>
          <w:sz w:val="28"/>
        </w:rPr>
        <w:t>八、其他竞赛奖励标准</w:t>
      </w:r>
    </w:p>
    <w:p>
      <w:pPr>
        <w:spacing w:after="80" w:lineRule="auto" w:line="360"/>
        <w:ind w:firstLine="482"/>
        <w:jc w:val="both"/>
      </w:pPr>
      <w:r>
        <w:rPr>
          <w:rFonts w:ascii="Times New Roman" w:hAnsi="Times New Roman" w:eastAsia="宋体"/>
          <w:b w:val="0"/>
          <w:sz w:val="24"/>
        </w:rPr>
        <w:t>1. 奖项与奖励金额如下表：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竞赛是团队赛的奖励标准见上表；个人赛奖励标准按上表中对应级别的一半计算。</w:t>
      </w:r>
    </w:p>
    <w:p>
      <w:pPr>
        <w:spacing w:after="80" w:lineRule="auto" w:line="360"/>
        <w:ind w:firstLine="482"/>
        <w:jc w:val="both"/>
      </w:pPr>
      <w:r>
        <w:rPr>
          <w:rFonts w:ascii="Times New Roman" w:hAnsi="Times New Roman" w:eastAsia="宋体"/>
          <w:b w:val="0"/>
          <w:sz w:val="24"/>
        </w:rPr>
        <w:t>2. 同一参赛内容在不同级别上获奖，从高级别计奖，不重复计算。</w:t>
      </w:r>
    </w:p>
    <w:p>
      <w:pPr>
        <w:spacing w:after="80" w:lineRule="auto" w:line="360"/>
        <w:ind w:firstLine="482"/>
        <w:jc w:val="both"/>
      </w:pPr>
      <w:r>
        <w:rPr>
          <w:rFonts w:ascii="Times New Roman" w:hAnsi="Times New Roman" w:eastAsia="宋体"/>
          <w:b w:val="0"/>
          <w:sz w:val="24"/>
        </w:rPr>
        <w:t>3. 校级竞赛奖励标准由各学院自定。</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浙江财经大学校长办公室 2024年12月11日印发</w:t>
      </w:r>
    </w:p>
    <w:p>
      <w:pPr>
        <w:spacing w:before="160" w:after="80" w:lineRule="auto" w:line="360"/>
        <w:jc w:val="left"/>
      </w:pPr>
      <w:r>
        <w:rPr>
          <w:rFonts w:ascii="Times New Roman" w:hAnsi="Times New Roman" w:eastAsia="宋体"/>
          <w:b/>
          <w:sz w:val="28"/>
        </w:rPr>
        <w:t>八、其他竞赛奖励标准</w:t>
      </w:r>
    </w:p>
    <w:p>
      <w:pPr>
        <w:spacing w:after="80" w:lineRule="auto" w:line="360"/>
        <w:ind w:firstLine="482"/>
        <w:jc w:val="both"/>
      </w:pPr>
      <w:r>
        <w:rPr>
          <w:rFonts w:ascii="Times New Roman" w:hAnsi="Times New Roman" w:eastAsia="宋体"/>
          <w:b w:val="0"/>
          <w:sz w:val="24"/>
        </w:rPr>
        <w:t>1. 团队赛奖励标准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2. 说明</w:t>
      </w:r>
    </w:p>
    <w:p>
      <w:pPr>
        <w:spacing w:after="80" w:lineRule="auto" w:line="360"/>
        <w:ind w:firstLine="482"/>
        <w:jc w:val="both"/>
      </w:pPr>
      <w:r>
        <w:rPr>
          <w:rFonts w:ascii="Times New Roman" w:hAnsi="Times New Roman" w:eastAsia="宋体"/>
          <w:b w:val="0"/>
          <w:sz w:val="24"/>
        </w:rPr>
        <w:t>1. 竞赛是团队赛的奖励标准见上表；个人赛奖励标准按上表中对应级别的一半计算。</w:t>
      </w:r>
    </w:p>
    <w:p>
      <w:pPr>
        <w:spacing w:after="80" w:lineRule="auto" w:line="360"/>
        <w:ind w:firstLine="482"/>
        <w:jc w:val="both"/>
      </w:pPr>
      <w:r>
        <w:rPr>
          <w:rFonts w:ascii="Times New Roman" w:hAnsi="Times New Roman" w:eastAsia="宋体"/>
          <w:b w:val="0"/>
          <w:sz w:val="24"/>
        </w:rPr>
        <w:t>2. 同一参赛内容在不同级别上获奖，从高级别计奖，不重复计算。</w:t>
      </w:r>
    </w:p>
    <w:p>
      <w:pPr>
        <w:spacing w:after="80" w:lineRule="auto" w:line="360"/>
        <w:ind w:firstLine="482"/>
        <w:jc w:val="both"/>
      </w:pPr>
      <w:r>
        <w:rPr>
          <w:rFonts w:ascii="Times New Roman" w:hAnsi="Times New Roman" w:eastAsia="宋体"/>
          <w:b w:val="0"/>
          <w:sz w:val="24"/>
        </w:rPr>
        <w:t>3. 校级竞赛奖励标准由各学院自定。</w:t>
      </w:r>
    </w:p>
    <w:p>
      <w:pPr>
        <w:spacing w:before="160" w:after="80" w:lineRule="auto" w:line="360"/>
        <w:jc w:val="left"/>
      </w:pPr>
      <w:r>
        <w:rPr>
          <w:rFonts w:ascii="Times New Roman" w:hAnsi="Times New Roman" w:eastAsia="宋体"/>
          <w:b/>
          <w:sz w:val="28"/>
        </w:rPr>
        <w:t>九、印发信息</w:t>
      </w:r>
    </w:p>
    <w:p>
      <w:pPr>
        <w:spacing w:after="80" w:lineRule="auto" w:line="360"/>
        <w:ind w:firstLine="482"/>
        <w:jc w:val="both"/>
      </w:pPr>
      <w:r>
        <w:rPr>
          <w:rFonts w:ascii="Times New Roman" w:hAnsi="Times New Roman" w:eastAsia="宋体"/>
          <w:b w:val="0"/>
          <w:sz w:val="24"/>
        </w:rPr>
        <w:t>浙江财经大学校长办公室 2024年12月11日印发</w:t>
      </w:r>
    </w:p>
    <w:p>
      <w:pPr>
        <w:spacing w:before="160" w:after="80" w:lineRule="auto" w:line="360"/>
        <w:jc w:val="left"/>
      </w:pPr>
      <w:r>
        <w:rPr>
          <w:rFonts w:ascii="Times New Roman" w:hAnsi="Times New Roman" w:eastAsia="宋体"/>
          <w:b/>
          <w:sz w:val="28"/>
        </w:rPr>
        <w:t>八、奖励标准</w:t>
      </w:r>
    </w:p>
    <w:p>
      <w:pPr>
        <w:spacing w:after="80" w:lineRule="auto" w:line="360"/>
        <w:ind w:firstLine="482"/>
        <w:jc w:val="both"/>
      </w:pPr>
      <w:r>
        <w:rPr>
          <w:rFonts w:ascii="Times New Roman" w:hAnsi="Times New Roman" w:eastAsia="宋体"/>
          <w:b w:val="0"/>
          <w:sz w:val="24"/>
        </w:rPr>
        <w:t>1. 其他竞赛奖励标准如下：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竞赛是团队赛的奖励标准见上表；个人赛奖励标准按上表中对应级别的一半计算。</w:t>
      </w:r>
    </w:p>
    <w:p>
      <w:pPr>
        <w:spacing w:after="80" w:lineRule="auto" w:line="360"/>
        <w:ind w:firstLine="482"/>
        <w:jc w:val="both"/>
      </w:pPr>
      <w:r>
        <w:rPr>
          <w:rFonts w:ascii="Times New Roman" w:hAnsi="Times New Roman" w:eastAsia="宋体"/>
          <w:b w:val="0"/>
          <w:sz w:val="24"/>
        </w:rPr>
        <w:t>2. 同一参赛内容在不同级别上获奖，从高级别计奖，不重复计算。</w:t>
      </w:r>
    </w:p>
    <w:p>
      <w:pPr>
        <w:spacing w:after="80" w:lineRule="auto" w:line="360"/>
        <w:ind w:firstLine="482"/>
        <w:jc w:val="both"/>
      </w:pPr>
      <w:r>
        <w:rPr>
          <w:rFonts w:ascii="Times New Roman" w:hAnsi="Times New Roman" w:eastAsia="宋体"/>
          <w:b w:val="0"/>
          <w:sz w:val="24"/>
        </w:rPr>
        <w:t>3. 校级竞赛奖励标准由各学院自定。</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浙江财经大学校长办公室 2024年12月11日印发</w:t>
      </w:r>
    </w:p>
    <w:p>
      <w:pPr>
        <w:spacing w:before="160" w:after="80" w:lineRule="auto" w:line="360"/>
        <w:jc w:val="left"/>
      </w:pPr>
      <w:r>
        <w:rPr>
          <w:rFonts w:ascii="Times New Roman" w:hAnsi="Times New Roman" w:eastAsia="宋体"/>
          <w:b/>
          <w:sz w:val="28"/>
        </w:rPr>
        <w:t>八、奖励标准</w:t>
      </w:r>
    </w:p>
    <w:p>
      <w:pPr>
        <w:spacing w:after="80" w:lineRule="auto" w:line="360"/>
        <w:ind w:firstLine="482"/>
        <w:jc w:val="both"/>
      </w:pPr>
      <w:r>
        <w:rPr>
          <w:rFonts w:ascii="Times New Roman" w:hAnsi="Times New Roman" w:eastAsia="宋体"/>
          <w:b w:val="0"/>
          <w:sz w:val="24"/>
        </w:rPr>
        <w:t>1. 其他竞赛奖励标准如下：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竞赛是团队赛的奖励标准见上表；个人赛奖励标准按上表中对应级别的一半计算。</w:t>
      </w:r>
    </w:p>
    <w:p>
      <w:pPr>
        <w:spacing w:after="80" w:lineRule="auto" w:line="360"/>
        <w:ind w:firstLine="482"/>
        <w:jc w:val="both"/>
      </w:pPr>
      <w:r>
        <w:rPr>
          <w:rFonts w:ascii="Times New Roman" w:hAnsi="Times New Roman" w:eastAsia="宋体"/>
          <w:b w:val="0"/>
          <w:sz w:val="24"/>
        </w:rPr>
        <w:t>2. 同一参赛内容在不同级别上获奖，从高级别计奖，不重复计算。</w:t>
      </w:r>
    </w:p>
    <w:p>
      <w:pPr>
        <w:spacing w:after="80" w:lineRule="auto" w:line="360"/>
        <w:ind w:firstLine="482"/>
        <w:jc w:val="both"/>
      </w:pPr>
      <w:r>
        <w:rPr>
          <w:rFonts w:ascii="Times New Roman" w:hAnsi="Times New Roman" w:eastAsia="宋体"/>
          <w:b w:val="0"/>
          <w:sz w:val="24"/>
        </w:rPr>
        <w:t>3. 校级竞赛奖励标准由各学院自定。</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浙江财经大学校长办公室 2024年12月11日印发</w:t>
      </w:r>
    </w:p>
    <w:p>
      <w:pPr>
        <w:spacing w:before="160" w:after="80" w:lineRule="auto" w:line="360"/>
        <w:jc w:val="left"/>
      </w:pPr>
      <w:r>
        <w:rPr>
          <w:rFonts w:ascii="Times New Roman" w:hAnsi="Times New Roman" w:eastAsia="宋体"/>
          <w:b/>
          <w:sz w:val="28"/>
        </w:rPr>
        <w:t>八、其他竞赛奖励标准</w:t>
      </w:r>
    </w:p>
    <w:p>
      <w:pPr>
        <w:spacing w:after="80" w:lineRule="auto" w:line="360"/>
        <w:ind w:firstLine="482"/>
        <w:jc w:val="both"/>
      </w:pPr>
      <w:r>
        <w:rPr>
          <w:rFonts w:ascii="Times New Roman" w:hAnsi="Times New Roman" w:eastAsia="宋体"/>
          <w:b w:val="0"/>
          <w:sz w:val="24"/>
        </w:rPr>
        <w:t>1. 团队赛奖励标准如下表；个人赛奖励标准按对应级别的一半计算。</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竞赛是团队赛的奖励标准见上表；个人赛奖励标准按上表中对应级别的一半计算。</w:t>
      </w:r>
    </w:p>
    <w:p>
      <w:pPr>
        <w:spacing w:after="80" w:lineRule="auto" w:line="360"/>
        <w:ind w:firstLine="482"/>
        <w:jc w:val="both"/>
      </w:pPr>
      <w:r>
        <w:rPr>
          <w:rFonts w:ascii="Times New Roman" w:hAnsi="Times New Roman" w:eastAsia="宋体"/>
          <w:b w:val="0"/>
          <w:sz w:val="24"/>
        </w:rPr>
        <w:t>2. 同一参赛内容在不同级别上获奖，从高级别计奖，不重复计算。</w:t>
      </w:r>
    </w:p>
    <w:p>
      <w:pPr>
        <w:spacing w:after="80" w:lineRule="auto" w:line="360"/>
        <w:ind w:firstLine="482"/>
        <w:jc w:val="both"/>
      </w:pPr>
      <w:r>
        <w:rPr>
          <w:rFonts w:ascii="Times New Roman" w:hAnsi="Times New Roman" w:eastAsia="宋体"/>
          <w:b w:val="0"/>
          <w:sz w:val="24"/>
        </w:rPr>
        <w:t>3. 校级竞赛奖励标准由各学院自定。</w:t>
      </w:r>
    </w:p>
    <w:p>
      <w:pPr>
        <w:spacing w:after="80" w:lineRule="auto" w:line="360"/>
        <w:ind w:firstLine="482"/>
        <w:jc w:val="both"/>
      </w:pPr>
      <w:r>
        <w:rPr>
          <w:rFonts w:ascii="Times New Roman" w:hAnsi="Times New Roman" w:eastAsia="宋体"/>
          <w:b w:val="0"/>
          <w:sz w:val="24"/>
        </w:rPr>
        <w:t>浙江财经大学校长办公室 2024年12月11日印发</w:t>
      </w:r>
    </w:p>
    <w:p>
      <w:pPr>
        <w:spacing w:before="160" w:after="80" w:lineRule="auto" w:line="360"/>
        <w:jc w:val="left"/>
      </w:pPr>
      <w:r>
        <w:rPr>
          <w:rFonts w:ascii="Times New Roman" w:hAnsi="Times New Roman" w:eastAsia="宋体"/>
          <w:b/>
          <w:sz w:val="28"/>
        </w:rPr>
        <w:t>八、其他竞赛奖励标准</w:t>
      </w:r>
    </w:p>
    <w:p>
      <w:pPr>
        <w:spacing w:after="80" w:lineRule="auto" w:line="360"/>
        <w:ind w:firstLine="482"/>
        <w:jc w:val="both"/>
      </w:pPr>
      <w:r>
        <w:rPr>
          <w:rFonts w:ascii="Times New Roman" w:hAnsi="Times New Roman" w:eastAsia="宋体"/>
          <w:b w:val="0"/>
          <w:sz w:val="24"/>
        </w:rPr>
        <w:t>1. 团队赛奖励标准如下：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国家级A类</w:t>
            </w:r>
          </w:p>
        </w:tc>
        <w:tc>
          <w:tcPr>
            <w:tcW w:type="dxa" w:w="2158"/>
          </w:tcPr>
          <w:p>
            <w:pPr>
              <w:spacing w:after="20" w:before="20"/>
            </w:pPr>
            <w:r/>
            <w:r>
              <w:rPr>
                <w:rFonts w:ascii="Times New Roman" w:hAnsi="Times New Roman" w:eastAsia="宋体"/>
                <w:b/>
                <w:sz w:val="21"/>
              </w:rPr>
              <w:t>国家级B类</w:t>
            </w:r>
          </w:p>
        </w:tc>
        <w:tc>
          <w:tcPr>
            <w:tcW w:type="dxa" w:w="2158"/>
          </w:tcPr>
          <w:p>
            <w:pPr>
              <w:spacing w:after="20" w:before="20"/>
            </w:pPr>
            <w:r/>
            <w:r>
              <w:rPr>
                <w:rFonts w:ascii="Times New Roman" w:hAnsi="Times New Roman" w:eastAsia="宋体"/>
                <w:b/>
                <w:sz w:val="21"/>
              </w:rPr>
              <w:t>省级A类</w:t>
            </w:r>
          </w:p>
        </w:tc>
      </w:tr>
      <w:tr>
        <w:tc>
          <w:tcPr>
            <w:tcW w:type="dxa" w:w="2158"/>
          </w:tcPr>
          <w:p>
            <w:pPr>
              <w:spacing w:after="20" w:before="20"/>
            </w:pPr>
            <w:r/>
            <w:r>
              <w:rPr>
                <w:rFonts w:ascii="Times New Roman" w:hAnsi="Times New Roman" w:eastAsia="宋体"/>
                <w:b w:val="0"/>
                <w:sz w:val="21"/>
              </w:rPr>
              <w:t>特等奖</w:t>
            </w:r>
          </w:p>
        </w:tc>
        <w:tc>
          <w:tcPr>
            <w:tcW w:type="dxa" w:w="2158"/>
          </w:tcPr>
          <w:p>
            <w:pPr>
              <w:spacing w:after="20" w:before="20"/>
            </w:pPr>
            <w:r/>
            <w:r>
              <w:rPr>
                <w:rFonts w:ascii="Times New Roman" w:hAnsi="Times New Roman" w:eastAsia="宋体"/>
                <w:b w:val="0"/>
                <w:sz w:val="21"/>
              </w:rPr>
              <w:t>31500</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10500</w:t>
            </w:r>
          </w:p>
        </w:tc>
      </w:tr>
      <w:tr>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21000</w:t>
            </w:r>
          </w:p>
        </w:tc>
        <w:tc>
          <w:tcPr>
            <w:tcW w:type="dxa" w:w="2158"/>
          </w:tcPr>
          <w:p>
            <w:pPr>
              <w:spacing w:after="20" w:before="20"/>
            </w:pPr>
            <w:r/>
            <w:r>
              <w:rPr>
                <w:rFonts w:ascii="Times New Roman" w:hAnsi="Times New Roman" w:eastAsia="宋体"/>
                <w:b w:val="0"/>
                <w:sz w:val="21"/>
              </w:rPr>
              <w:t>5600</w:t>
            </w:r>
          </w:p>
        </w:tc>
        <w:tc>
          <w:tcPr>
            <w:tcW w:type="dxa" w:w="2158"/>
          </w:tcPr>
          <w:p>
            <w:pPr>
              <w:spacing w:after="20" w:before="20"/>
            </w:pPr>
            <w:r/>
            <w:r>
              <w:rPr>
                <w:rFonts w:ascii="Times New Roman" w:hAnsi="Times New Roman" w:eastAsia="宋体"/>
                <w:b w:val="0"/>
                <w:sz w:val="21"/>
              </w:rPr>
              <w:t>5600</w:t>
            </w:r>
          </w:p>
        </w:tc>
      </w:tr>
      <w:tr>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15400</w:t>
            </w:r>
          </w:p>
        </w:tc>
        <w:tc>
          <w:tcPr>
            <w:tcW w:type="dxa" w:w="2158"/>
          </w:tcPr>
          <w:p>
            <w:pPr>
              <w:spacing w:after="20" w:before="20"/>
            </w:pPr>
            <w:r/>
            <w:r>
              <w:rPr>
                <w:rFonts w:ascii="Times New Roman" w:hAnsi="Times New Roman" w:eastAsia="宋体"/>
                <w:b w:val="0"/>
                <w:sz w:val="21"/>
              </w:rPr>
              <w:t>2100</w:t>
            </w:r>
          </w:p>
        </w:tc>
        <w:tc>
          <w:tcPr>
            <w:tcW w:type="dxa" w:w="2158"/>
          </w:tcPr>
          <w:p>
            <w:pPr>
              <w:spacing w:after="20" w:before="20"/>
            </w:pPr>
            <w:r/>
            <w:r>
              <w:rPr>
                <w:rFonts w:ascii="Times New Roman" w:hAnsi="Times New Roman" w:eastAsia="宋体"/>
                <w:b w:val="0"/>
                <w:sz w:val="21"/>
              </w:rPr>
              <w:t>2100</w:t>
            </w:r>
          </w:p>
        </w:tc>
      </w:tr>
      <w:tr>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10500</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2. 个人赛奖励标准按上表中对应级别的一半计算。</w:t>
      </w:r>
    </w:p>
    <w:p>
      <w:pPr>
        <w:spacing w:after="80" w:lineRule="auto" w:line="360"/>
        <w:ind w:firstLine="482"/>
        <w:jc w:val="both"/>
      </w:pPr>
      <w:r>
        <w:rPr>
          <w:rFonts w:ascii="Times New Roman" w:hAnsi="Times New Roman" w:eastAsia="宋体"/>
          <w:b w:val="0"/>
          <w:sz w:val="24"/>
        </w:rPr>
        <w:t>3. 同一参赛内容在不同级别上获奖，从高级别计奖，不重复计算。</w:t>
      </w:r>
    </w:p>
    <w:p>
      <w:pPr>
        <w:spacing w:after="80" w:lineRule="auto" w:line="360"/>
        <w:ind w:firstLine="482"/>
        <w:jc w:val="both"/>
      </w:pPr>
      <w:r>
        <w:rPr>
          <w:rFonts w:ascii="Times New Roman" w:hAnsi="Times New Roman" w:eastAsia="宋体"/>
          <w:b w:val="0"/>
          <w:sz w:val="24"/>
        </w:rPr>
        <w:t>4. 校级竞赛奖励标准由各学院自定。</w:t>
      </w:r>
    </w:p>
    <w:p>
      <w:pPr>
        <w:spacing w:before="160" w:after="80" w:lineRule="auto" w:line="360"/>
        <w:jc w:val="left"/>
      </w:pPr>
      <w:r>
        <w:rPr>
          <w:rFonts w:ascii="Times New Roman" w:hAnsi="Times New Roman" w:eastAsia="宋体"/>
          <w:b/>
          <w:sz w:val="28"/>
        </w:rPr>
        <w:t>九、印发信息</w:t>
      </w:r>
    </w:p>
    <w:p>
      <w:pPr>
        <w:spacing w:after="80" w:lineRule="auto" w:line="360"/>
        <w:ind w:firstLine="482"/>
        <w:jc w:val="both"/>
      </w:pPr>
      <w:r>
        <w:rPr>
          <w:rFonts w:ascii="Times New Roman" w:hAnsi="Times New Roman" w:eastAsia="宋体"/>
          <w:b w:val="0"/>
          <w:sz w:val="24"/>
        </w:rPr>
        <w:t>浙江财经大学校长办公室 2024年12月11日印发。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