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基础医学院 护理学院护理学专业推免生拟推荐名单排名学号姓名推荐意见1202211604628谭承位拟推荐2202211604405朱玉莉拟推荐3202211604701刘思佳候补 14202211604224刘春淼候补 25202211604118赵国晶候补 36202211604230肖思杰候补 47202211604324郭丹候补 5基础医学院 护理学院口腔医学技术专业推免生拟推荐名单排名学号姓名推荐意见1202211608122杨佳琪拟推荐2202211608109沈思妤候补 13202211608104张霞候补 24202211608107何咏候补 3</w:t>
      </w:r>
    </w:p>
    <w:p>
      <w:pPr>
        <w:spacing w:before="160" w:after="80" w:lineRule="auto" w:line="360"/>
        <w:jc w:val="left"/>
      </w:pPr>
      <w:r>
        <w:rPr>
          <w:rFonts w:ascii="Times New Roman" w:hAnsi="Times New Roman" w:eastAsia="宋体"/>
          <w:b/>
          <w:sz w:val="28"/>
        </w:rPr>
        <w:t>一、护理学院护理学专业推免生拟推荐名单</w:t>
      </w:r>
    </w:p>
    <w:p>
      <w:pPr>
        <w:spacing w:after="80" w:lineRule="auto" w:line="360"/>
        <w:ind w:firstLine="482"/>
        <w:jc w:val="both"/>
      </w:pPr>
      <w:r>
        <w:rPr>
          <w:rFonts w:ascii="Times New Roman" w:hAnsi="Times New Roman" w:eastAsia="宋体"/>
          <w:b w:val="0"/>
          <w:sz w:val="24"/>
        </w:rPr>
        <w:t>发布日期（推定）：2025年9月6日</w:t>
      </w:r>
    </w:p>
    <w:p>
      <w:pPr>
        <w:spacing w:after="80" w:lineRule="auto" w:line="360"/>
        <w:ind w:firstLine="482"/>
        <w:jc w:val="both"/>
      </w:pPr>
      <w:r>
        <w:rPr>
          <w:rFonts w:ascii="Times New Roman" w:hAnsi="Times New Roman" w:eastAsia="宋体"/>
          <w:b w:val="0"/>
          <w:sz w:val="24"/>
        </w:rPr>
        <w:t>本名单共 7 人，其中拟推荐 2 人，候补 5 人。排名方式为按名单顺序依次排名，推荐意见分为“拟推荐”和“候补”。</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排名</w:t>
            </w:r>
          </w:p>
        </w:tc>
        <w:tc>
          <w:tcPr>
            <w:tcW w:type="dxa" w:w="2158"/>
          </w:tcPr>
          <w:p>
            <w:pPr>
              <w:spacing w:after="20" w:before="20"/>
            </w:pPr>
            <w:r/>
            <w:r>
              <w:rPr>
                <w:rFonts w:ascii="Times New Roman" w:hAnsi="Times New Roman" w:eastAsia="宋体"/>
                <w:b/>
                <w:sz w:val="21"/>
              </w:rPr>
              <w:t>学号</w:t>
            </w:r>
          </w:p>
        </w:tc>
        <w:tc>
          <w:tcPr>
            <w:tcW w:type="dxa" w:w="2158"/>
          </w:tcPr>
          <w:p>
            <w:pPr>
              <w:spacing w:after="20" w:before="20"/>
            </w:pPr>
            <w:r/>
            <w:r>
              <w:rPr>
                <w:rFonts w:ascii="Times New Roman" w:hAnsi="Times New Roman" w:eastAsia="宋体"/>
                <w:b/>
                <w:sz w:val="21"/>
              </w:rPr>
              <w:t>姓名</w:t>
            </w:r>
          </w:p>
        </w:tc>
        <w:tc>
          <w:tcPr>
            <w:tcW w:type="dxa" w:w="2158"/>
          </w:tcPr>
          <w:p>
            <w:pPr>
              <w:spacing w:after="20" w:before="20"/>
            </w:pPr>
            <w:r/>
            <w:r>
              <w:rPr>
                <w:rFonts w:ascii="Times New Roman" w:hAnsi="Times New Roman" w:eastAsia="宋体"/>
                <w:b/>
                <w:sz w:val="21"/>
              </w:rPr>
              <w:t>推荐意见</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202211604628</w:t>
            </w:r>
          </w:p>
        </w:tc>
        <w:tc>
          <w:tcPr>
            <w:tcW w:type="dxa" w:w="2158"/>
          </w:tcPr>
          <w:p>
            <w:pPr>
              <w:spacing w:after="20" w:before="20"/>
            </w:pPr>
            <w:r/>
            <w:r>
              <w:rPr>
                <w:rFonts w:ascii="Times New Roman" w:hAnsi="Times New Roman" w:eastAsia="宋体"/>
                <w:b w:val="0"/>
                <w:sz w:val="21"/>
              </w:rPr>
              <w:t>谭承位</w:t>
            </w:r>
          </w:p>
        </w:tc>
        <w:tc>
          <w:tcPr>
            <w:tcW w:type="dxa" w:w="2158"/>
          </w:tcPr>
          <w:p>
            <w:pPr>
              <w:spacing w:after="20" w:before="20"/>
            </w:pPr>
            <w:r/>
            <w:r>
              <w:rPr>
                <w:rFonts w:ascii="Times New Roman" w:hAnsi="Times New Roman" w:eastAsia="宋体"/>
                <w:b w:val="0"/>
                <w:sz w:val="21"/>
              </w:rPr>
              <w:t>拟推荐</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202211604405</w:t>
            </w:r>
          </w:p>
        </w:tc>
        <w:tc>
          <w:tcPr>
            <w:tcW w:type="dxa" w:w="2158"/>
          </w:tcPr>
          <w:p>
            <w:pPr>
              <w:spacing w:after="20" w:before="20"/>
            </w:pPr>
            <w:r/>
            <w:r>
              <w:rPr>
                <w:rFonts w:ascii="Times New Roman" w:hAnsi="Times New Roman" w:eastAsia="宋体"/>
                <w:b w:val="0"/>
                <w:sz w:val="21"/>
              </w:rPr>
              <w:t>朱玉莉</w:t>
            </w:r>
          </w:p>
        </w:tc>
        <w:tc>
          <w:tcPr>
            <w:tcW w:type="dxa" w:w="2158"/>
          </w:tcPr>
          <w:p>
            <w:pPr>
              <w:spacing w:after="20" w:before="20"/>
            </w:pPr>
            <w:r/>
            <w:r>
              <w:rPr>
                <w:rFonts w:ascii="Times New Roman" w:hAnsi="Times New Roman" w:eastAsia="宋体"/>
                <w:b w:val="0"/>
                <w:sz w:val="21"/>
              </w:rPr>
              <w:t>拟推荐</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202211604701</w:t>
            </w:r>
          </w:p>
        </w:tc>
        <w:tc>
          <w:tcPr>
            <w:tcW w:type="dxa" w:w="2158"/>
          </w:tcPr>
          <w:p>
            <w:pPr>
              <w:spacing w:after="20" w:before="20"/>
            </w:pPr>
            <w:r/>
            <w:r>
              <w:rPr>
                <w:rFonts w:ascii="Times New Roman" w:hAnsi="Times New Roman" w:eastAsia="宋体"/>
                <w:b w:val="0"/>
                <w:sz w:val="21"/>
              </w:rPr>
              <w:t>刘思佳</w:t>
            </w:r>
          </w:p>
        </w:tc>
        <w:tc>
          <w:tcPr>
            <w:tcW w:type="dxa" w:w="2158"/>
          </w:tcPr>
          <w:p>
            <w:pPr>
              <w:spacing w:after="20" w:before="20"/>
            </w:pPr>
            <w:r/>
            <w:r>
              <w:rPr>
                <w:rFonts w:ascii="Times New Roman" w:hAnsi="Times New Roman" w:eastAsia="宋体"/>
                <w:b w:val="0"/>
                <w:sz w:val="21"/>
              </w:rPr>
              <w:t>候补 1</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202211604224</w:t>
            </w:r>
          </w:p>
        </w:tc>
        <w:tc>
          <w:tcPr>
            <w:tcW w:type="dxa" w:w="2158"/>
          </w:tcPr>
          <w:p>
            <w:pPr>
              <w:spacing w:after="20" w:before="20"/>
            </w:pPr>
            <w:r/>
            <w:r>
              <w:rPr>
                <w:rFonts w:ascii="Times New Roman" w:hAnsi="Times New Roman" w:eastAsia="宋体"/>
                <w:b w:val="0"/>
                <w:sz w:val="21"/>
              </w:rPr>
              <w:t>刘春淼</w:t>
            </w:r>
          </w:p>
        </w:tc>
        <w:tc>
          <w:tcPr>
            <w:tcW w:type="dxa" w:w="2158"/>
          </w:tcPr>
          <w:p>
            <w:pPr>
              <w:spacing w:after="20" w:before="20"/>
            </w:pPr>
            <w:r/>
            <w:r>
              <w:rPr>
                <w:rFonts w:ascii="Times New Roman" w:hAnsi="Times New Roman" w:eastAsia="宋体"/>
                <w:b w:val="0"/>
                <w:sz w:val="21"/>
              </w:rPr>
              <w:t>候补 2</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202211604118</w:t>
            </w:r>
          </w:p>
        </w:tc>
        <w:tc>
          <w:tcPr>
            <w:tcW w:type="dxa" w:w="2158"/>
          </w:tcPr>
          <w:p>
            <w:pPr>
              <w:spacing w:after="20" w:before="20"/>
            </w:pPr>
            <w:r/>
            <w:r>
              <w:rPr>
                <w:rFonts w:ascii="Times New Roman" w:hAnsi="Times New Roman" w:eastAsia="宋体"/>
                <w:b w:val="0"/>
                <w:sz w:val="21"/>
              </w:rPr>
              <w:t>赵国晶</w:t>
            </w:r>
          </w:p>
        </w:tc>
        <w:tc>
          <w:tcPr>
            <w:tcW w:type="dxa" w:w="2158"/>
          </w:tcPr>
          <w:p>
            <w:pPr>
              <w:spacing w:after="20" w:before="20"/>
            </w:pPr>
            <w:r/>
            <w:r>
              <w:rPr>
                <w:rFonts w:ascii="Times New Roman" w:hAnsi="Times New Roman" w:eastAsia="宋体"/>
                <w:b w:val="0"/>
                <w:sz w:val="21"/>
              </w:rPr>
              <w:t>候补 3</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202211604230</w:t>
            </w:r>
          </w:p>
        </w:tc>
        <w:tc>
          <w:tcPr>
            <w:tcW w:type="dxa" w:w="2158"/>
          </w:tcPr>
          <w:p>
            <w:pPr>
              <w:spacing w:after="20" w:before="20"/>
            </w:pPr>
            <w:r/>
            <w:r>
              <w:rPr>
                <w:rFonts w:ascii="Times New Roman" w:hAnsi="Times New Roman" w:eastAsia="宋体"/>
                <w:b w:val="0"/>
                <w:sz w:val="21"/>
              </w:rPr>
              <w:t>肖思杰</w:t>
            </w:r>
          </w:p>
        </w:tc>
        <w:tc>
          <w:tcPr>
            <w:tcW w:type="dxa" w:w="2158"/>
          </w:tcPr>
          <w:p>
            <w:pPr>
              <w:spacing w:after="20" w:before="20"/>
            </w:pPr>
            <w:r/>
            <w:r>
              <w:rPr>
                <w:rFonts w:ascii="Times New Roman" w:hAnsi="Times New Roman" w:eastAsia="宋体"/>
                <w:b w:val="0"/>
                <w:sz w:val="21"/>
              </w:rPr>
              <w:t>候补 4</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202211604324</w:t>
            </w:r>
          </w:p>
        </w:tc>
        <w:tc>
          <w:tcPr>
            <w:tcW w:type="dxa" w:w="2158"/>
          </w:tcPr>
          <w:p>
            <w:pPr>
              <w:spacing w:after="20" w:before="20"/>
            </w:pPr>
            <w:r/>
            <w:r>
              <w:rPr>
                <w:rFonts w:ascii="Times New Roman" w:hAnsi="Times New Roman" w:eastAsia="宋体"/>
                <w:b w:val="0"/>
                <w:sz w:val="21"/>
              </w:rPr>
              <w:t>郭丹</w:t>
            </w:r>
          </w:p>
        </w:tc>
        <w:tc>
          <w:tcPr>
            <w:tcW w:type="dxa" w:w="2158"/>
          </w:tcPr>
          <w:p>
            <w:pPr>
              <w:spacing w:after="20" w:before="20"/>
            </w:pPr>
            <w:r/>
            <w:r>
              <w:rPr>
                <w:rFonts w:ascii="Times New Roman" w:hAnsi="Times New Roman" w:eastAsia="宋体"/>
                <w:b w:val="0"/>
                <w:sz w:val="21"/>
              </w:rPr>
              <w:t>候补 5</w:t>
            </w:r>
          </w:p>
        </w:tc>
      </w:tr>
    </w:tbl>
    <w:p>
      <w:pPr>
        <w:spacing w:before="160" w:after="80" w:lineRule="auto" w:line="360"/>
        <w:jc w:val="left"/>
      </w:pPr>
      <w:r>
        <w:rPr>
          <w:rFonts w:ascii="Times New Roman" w:hAnsi="Times New Roman" w:eastAsia="宋体"/>
          <w:b/>
          <w:sz w:val="28"/>
        </w:rPr>
        <w:t>二、护理学院口腔医学技术专业推免生拟推荐名单</w:t>
      </w:r>
    </w:p>
    <w:p>
      <w:pPr>
        <w:spacing w:after="80" w:lineRule="auto" w:line="360"/>
        <w:ind w:firstLine="482"/>
        <w:jc w:val="both"/>
      </w:pPr>
      <w:r>
        <w:rPr>
          <w:rFonts w:ascii="Times New Roman" w:hAnsi="Times New Roman" w:eastAsia="宋体"/>
          <w:b w:val="0"/>
          <w:sz w:val="24"/>
        </w:rPr>
        <w:t>本名单共 4 人，其中拟推荐 1 人，候补 3 人。排名方式为按名单顺序依次排名，推荐意见分为“拟推荐”和“候补”。</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排名</w:t>
            </w:r>
          </w:p>
        </w:tc>
        <w:tc>
          <w:tcPr>
            <w:tcW w:type="dxa" w:w="2158"/>
          </w:tcPr>
          <w:p>
            <w:pPr>
              <w:spacing w:after="20" w:before="20"/>
            </w:pPr>
            <w:r/>
            <w:r>
              <w:rPr>
                <w:rFonts w:ascii="Times New Roman" w:hAnsi="Times New Roman" w:eastAsia="宋体"/>
                <w:b/>
                <w:sz w:val="21"/>
              </w:rPr>
              <w:t>学号</w:t>
            </w:r>
          </w:p>
        </w:tc>
        <w:tc>
          <w:tcPr>
            <w:tcW w:type="dxa" w:w="2158"/>
          </w:tcPr>
          <w:p>
            <w:pPr>
              <w:spacing w:after="20" w:before="20"/>
            </w:pPr>
            <w:r/>
            <w:r>
              <w:rPr>
                <w:rFonts w:ascii="Times New Roman" w:hAnsi="Times New Roman" w:eastAsia="宋体"/>
                <w:b/>
                <w:sz w:val="21"/>
              </w:rPr>
              <w:t>姓名</w:t>
            </w:r>
          </w:p>
        </w:tc>
        <w:tc>
          <w:tcPr>
            <w:tcW w:type="dxa" w:w="2158"/>
          </w:tcPr>
          <w:p>
            <w:pPr>
              <w:spacing w:after="20" w:before="20"/>
            </w:pPr>
            <w:r/>
            <w:r>
              <w:rPr>
                <w:rFonts w:ascii="Times New Roman" w:hAnsi="Times New Roman" w:eastAsia="宋体"/>
                <w:b/>
                <w:sz w:val="21"/>
              </w:rPr>
              <w:t>推荐意见</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202211608122</w:t>
            </w:r>
          </w:p>
        </w:tc>
        <w:tc>
          <w:tcPr>
            <w:tcW w:type="dxa" w:w="2158"/>
          </w:tcPr>
          <w:p>
            <w:pPr>
              <w:spacing w:after="20" w:before="20"/>
            </w:pPr>
            <w:r/>
            <w:r>
              <w:rPr>
                <w:rFonts w:ascii="Times New Roman" w:hAnsi="Times New Roman" w:eastAsia="宋体"/>
                <w:b w:val="0"/>
                <w:sz w:val="21"/>
              </w:rPr>
              <w:t>杨佳琪</w:t>
            </w:r>
          </w:p>
        </w:tc>
        <w:tc>
          <w:tcPr>
            <w:tcW w:type="dxa" w:w="2158"/>
          </w:tcPr>
          <w:p>
            <w:pPr>
              <w:spacing w:after="20" w:before="20"/>
            </w:pPr>
            <w:r/>
            <w:r>
              <w:rPr>
                <w:rFonts w:ascii="Times New Roman" w:hAnsi="Times New Roman" w:eastAsia="宋体"/>
                <w:b w:val="0"/>
                <w:sz w:val="21"/>
              </w:rPr>
              <w:t>拟推荐</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202211608109</w:t>
            </w:r>
          </w:p>
        </w:tc>
        <w:tc>
          <w:tcPr>
            <w:tcW w:type="dxa" w:w="2158"/>
          </w:tcPr>
          <w:p>
            <w:pPr>
              <w:spacing w:after="20" w:before="20"/>
            </w:pPr>
            <w:r/>
            <w:r>
              <w:rPr>
                <w:rFonts w:ascii="Times New Roman" w:hAnsi="Times New Roman" w:eastAsia="宋体"/>
                <w:b w:val="0"/>
                <w:sz w:val="21"/>
              </w:rPr>
              <w:t>沈思妤</w:t>
            </w:r>
          </w:p>
        </w:tc>
        <w:tc>
          <w:tcPr>
            <w:tcW w:type="dxa" w:w="2158"/>
          </w:tcPr>
          <w:p>
            <w:pPr>
              <w:spacing w:after="20" w:before="20"/>
            </w:pPr>
            <w:r/>
            <w:r>
              <w:rPr>
                <w:rFonts w:ascii="Times New Roman" w:hAnsi="Times New Roman" w:eastAsia="宋体"/>
                <w:b w:val="0"/>
                <w:sz w:val="21"/>
              </w:rPr>
              <w:t>候补 1</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202211608104</w:t>
            </w:r>
          </w:p>
        </w:tc>
        <w:tc>
          <w:tcPr>
            <w:tcW w:type="dxa" w:w="2158"/>
          </w:tcPr>
          <w:p>
            <w:pPr>
              <w:spacing w:after="20" w:before="20"/>
            </w:pPr>
            <w:r/>
            <w:r>
              <w:rPr>
                <w:rFonts w:ascii="Times New Roman" w:hAnsi="Times New Roman" w:eastAsia="宋体"/>
                <w:b w:val="0"/>
                <w:sz w:val="21"/>
              </w:rPr>
              <w:t>张霞</w:t>
            </w:r>
          </w:p>
        </w:tc>
        <w:tc>
          <w:tcPr>
            <w:tcW w:type="dxa" w:w="2158"/>
          </w:tcPr>
          <w:p>
            <w:pPr>
              <w:spacing w:after="20" w:before="20"/>
            </w:pPr>
            <w:r/>
            <w:r>
              <w:rPr>
                <w:rFonts w:ascii="Times New Roman" w:hAnsi="Times New Roman" w:eastAsia="宋体"/>
                <w:b w:val="0"/>
                <w:sz w:val="21"/>
              </w:rPr>
              <w:t>候补 2</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202211608107</w:t>
            </w:r>
          </w:p>
        </w:tc>
        <w:tc>
          <w:tcPr>
            <w:tcW w:type="dxa" w:w="2158"/>
          </w:tcPr>
          <w:p>
            <w:pPr>
              <w:spacing w:after="20" w:before="20"/>
            </w:pPr>
            <w:r/>
            <w:r>
              <w:rPr>
                <w:rFonts w:ascii="Times New Roman" w:hAnsi="Times New Roman" w:eastAsia="宋体"/>
                <w:b w:val="0"/>
                <w:sz w:val="21"/>
              </w:rPr>
              <w:t>何咏</w:t>
            </w:r>
          </w:p>
        </w:tc>
        <w:tc>
          <w:tcPr>
            <w:tcW w:type="dxa" w:w="2158"/>
          </w:tcPr>
          <w:p>
            <w:pPr>
              <w:spacing w:after="20" w:before="20"/>
            </w:pPr>
            <w:r/>
            <w:r>
              <w:rPr>
                <w:rFonts w:ascii="Times New Roman" w:hAnsi="Times New Roman" w:eastAsia="宋体"/>
                <w:b w:val="0"/>
                <w:sz w:val="21"/>
              </w:rPr>
              <w:t>候补 3</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