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空天科学与技术学院2026年接收推荐免试攻读研究生拟录取名单公示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本公示为北京理工大学空天科学与技术学院2026年接收推荐免试攻读研究生拟录取名单。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名单具体内容详见公示原文或学院官网发布的相关附件。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公示期为名单发布后的规定时间段，具体以学院通知为准。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如有异议，请在公示期内向学院反映。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学院官网：https://sae.bit.edu.cn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通知3. 具体联系电话及邮箱请参见学院官网相关栏目。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