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深圳大学2026年暑期学校（夏令营）招生简章汇总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深圳大学研究生招生网发布2026年暑期学校（夏令营）招生简章汇总，面向2026年入学的推免生。本次汇总共涉及30个学院（部、中心）的暑期学校项目，各项目具体安排详见各学院简章。发布日期（推定）：2025年9月2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一、各学院暑期学校招生简章链接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材料学院暑期学校（2026）招生简章：https://mp.weixin.qq.com/s/DpzjxPtxfZ600QX0wY9v-Q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政府管理学院暑期学校（2026）招生简章：https://mp.weixin.qq.com/s/iB4nf5eSaPvNuLGIrl_-tQ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电子与信息工程学院暑期学校（2026）招生简章：https://mp.weixin.qq.com/s/DSdJvgkGNfd15Di6pEtVQw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高等研究院暑期学校（2026）招生简章：https://mp.weixin.qq.com/s/wt271utioHNjteWkajrzJA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管理学院暑期学校（2026）招生简章：https://mp.weixin.qq.com/s/YKtuU3w8Nm9nUmDpJKRs3Q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化学与环境工程学院暑期学校（2026）招生简章：https://mp.weixin.qq.com/s/dvHX3nH_OPPNsOcV4_1waQ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计算机与软件学院暑期学校（2026）招生简章：https://mp.weixin.qq.com/s/lHSVRz6jjc8V1H2oiR-G3g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建筑与城市规划学院暑期学校（2026）招生简章：https://mp.weixin.qq.com/s/Dan2Oj8d36YNOACStLC6PA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马克思主义学院暑期学校（2026）招生简章：https://mp.weixin.qq.com/s/roEe00CekLjuGNrP6CPicA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微众银行金融科技学院暑期学校（2026）招生简章：https://mp.weixin.qq.com/s/n-Z8FntdE8Iuy1VtlP5P3w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人文学院哲学系暑期学校（2026）招生简章：https://mp.weixin.qq.com/s/hfcxaYHQcVZtnWwyGnRB2Q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人文学院中文系暑期学校（2026）招生简章：https://mp.weixin.qq.com/s/-u_yXyIxseRdWiA9T3hXLw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心理学院暑期学校（2026）招生简章：https://mp.weixin.qq.com/s/_9VXYlMEg7A3g95LBI12Og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生命与海洋科学学院暑期学校（2026）招生简章：https://mp.weixin.qq.com/s/riUL9Vs5NGeErfRvswObrg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教育学部暑期学校（2026）招生简章：https://mp.weixin.qq.com/s/zPK6WHO8jPoTLt8xSRUaHA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16. 数学科学学院暑期学校（2026）招生简章：https://mp.weixin.qq.com/s/FGxSIuCRcTPO4jOsMO2lAw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17. 土木与交通工程学院暑期学校（2026）招生简章：https://mp.weixin.qq.com/s/YDp5EWuDmr_2hSNbqkoDDg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18. 外国语学院暑期学校（2026）招生简章：https://mp.weixin.qq.com/s/J5ihDiNtWBjjQlc46PDRJA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19. 物理与光电工程学院暑期学校（2026）招生简章：https://mp.weixin.qq.com/s/uWGjPOA0IiOLj501XGFt1w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20. 医学部公共卫生学院暑期学校（2026）招生简章：https://mp.weixin.qq.com/s/fGhyiNuPT3tKYteLSYtgoQ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21. 医学部基础医学院暑期学校（2026）招生简章：https://mp.weixin.qq.com/s/q17c5oo9pF_N-0f7JwUZew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22. 医学部口腔医学院暑期学校（2026）招生简章：https://mp.weixin.qq.com/s/fJDNj_rA848wWXoHPvvn6A?poc_token=HPQYWmij9QxP2Ry6Xz_m92ri3NjGdPxWot3DSPJP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23. 医学部生物医学工程学院暑期学校（2026）招生简章：https://mp.weixin.qq.com/s/c_CR2c5pbCZxAsU_z8FRyQ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24. 医学部药学院暑期学校（2026）招生简章：https://mp.weixin.qq.com/s/PQm_I_Ll6DUSs4j--iGqog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25. 艺术学部暑期学校（2026）招生简章：https://mp.weixin.qq.com/s/7WuyOo1SD9wl6e5dy4nXhw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26. 微纳光电子学研究院暑期学校（2026）招生简章：https://mp.weixin.qq.com/s/F4eV2S1LJs_Nj6qOOjkmhQ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27. 中国经济特区研究中心暑期学校（2026）招生简章：https://mp.weixin.qq.com/s/Eox6YEWG0wA4wEx2tNG2-g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28. 人工智能学院暑期学校（2026）招生简章：https://mp.weixin.qq.com/s/5NUmeF70LF0kGKNjgSLNIQ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29. 大湾区国际创新学院暑期学校（2026）招生简章：https://mp.weixin.qq.com/s/ENPdeRHz9UpghL9lJoqiDA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30. 机电与控制工程学院暑期学校（2026）招生简章：https://mp.weixin.qq.com/s/V88SrHPnr1ovm70cOQfxFw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各暑期学校项目的申请条件、报名时间、活动时间、活动安排等具体信息，请以各学院发布的招生简章为准。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通知来源：深圳大学研究生招生网，网址：https://yz.szu.edu.cn/info/1041/13250.htm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