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北京航空航天大学马克思主义学院接收推荐免试攻读2026年硕士研究生复试名单公示</w:t>
      </w:r>
    </w:p>
    <w:p>
      <w:r>
        <w:t>﻿</w:t>
      </w:r>
    </w:p>
    <w:p>
      <w:r>
        <w:t>网站首页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