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上海对外经贸大学教务处推免信息专栏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上海对外经贸大学教务处推免信息专栏，用于发布推荐优秀应届本科毕业生免试攻读研究生（推免）相关通知、名单及政策信息。栏目归属教学运行板块，与选课、成绩、学籍、考试、毕业生工作、转专业等并列。网页未标注发布日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一、栏目内容范围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推免相关通知公告，包括推荐条件、选拔流程、名额分配等。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推免名单公示，包括拟推荐学生名单及递补名单。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推免政策文件及操作指南，供学生和教师查阅。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教务处地址：上海市松江区文翔路1900号（松江校区）；上海市古北路620号（古北校区）。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版权归上海对外经贸大学教务处所有，具体咨询可通过教务处办公渠道联系。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