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中山大学政治与公共事务管理学院2026届推荐优秀本科毕业生免试攻读研究生学生名单公示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中山大学政治与公共事务管理学院2026届推荐优秀本科毕业生免试攻读研究生学生名单公示，发布日期为2025年9月9日。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总计38人，其中拟获推荐资格28人、候补10人。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政治学与行政学、行政管理、公共事业管理（具体专业以附件名单为准，正文未列明分专业人数）。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申请、学院推免工作小组审核，依据《教务部关于组织开展2026届推荐优秀本科毕业生免试攻读研究生工作的通知》（教务〔2025〕167号）和《政治与公共事务管理学院推免资格认定遴选细则》（政务学院〔2023〕4号）确定名单；正文未公示具体评分细则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公示时间为2025年9月9日至9月15日，共计7天；公示期内异议需实名向学院推免工作小组反映，否则不予受理。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拟获推荐资格28人、候补10人。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异议反馈渠道：联系电话020-39332799（学院推免工作小组）、020-84115582（校纪委、监察专员办），电子邮箱wangshsh5@mail.sysu.edu.cn（学院推免工作小组）。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