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关于2024年推荐优秀应届本科毕业生免试攻读研究生工作的通知</w:t>
      </w:r>
    </w:p>
    <w:p>
      <w:pPr>
        <w:spacing w:line="360" w:lineRule="auto" w:before="0" w:after="80"/>
        <w:ind w:firstLine="482"/>
        <w:jc w:val="both"/>
      </w:pPr>
      <w:r>
        <w:rPr>
          <w:rFonts w:ascii="Times New Roman" w:hAnsi="Times New Roman" w:eastAsia="宋体"/>
          <w:b w:val="0"/>
          <w:sz w:val="24"/>
        </w:rPr>
        <w:t>全校师生：</w:t>
      </w:r>
    </w:p>
    <w:p>
      <w:pPr>
        <w:spacing w:line="360" w:lineRule="auto" w:before="0" w:after="80"/>
        <w:ind w:firstLine="482"/>
        <w:jc w:val="both"/>
      </w:pPr>
      <w:r>
        <w:rPr>
          <w:rFonts w:ascii="Times New Roman" w:hAnsi="Times New Roman" w:eastAsia="宋体"/>
          <w:b w:val="0"/>
          <w:sz w:val="24"/>
        </w:rPr>
        <w:t>按照《教育部办公厅关于进一步完善推荐优秀应届本科毕业生免试攻读研究生工作办法的通知》（教学厅[2014]5号）、《教育部办公厅关于进一步加强推荐优秀应届本科毕业生免试攻读研究生工作的通知》（教学厅[2013]8号）、《教育部关于印发《全国普通高等学校推荐优秀应届本科毕业生免试攻读硕士学位研究生工作管理办法（试行）》的通知》（教学[2006]14号）、《西南林业大学推荐优秀应届本科毕业生免试攻读研究生工作办法（2018年修订）》（西南林教[2018]13号）等推免工作相关文件要求，西南林业大学2024年推荐优秀应届本科毕业生免试攻读研究生（以下简称推免）工作正式开始。现就有关时间要求通知如下：</w:t>
      </w:r>
    </w:p>
    <w:p>
      <w:pPr>
        <w:spacing w:line="360" w:lineRule="auto" w:before="0" w:after="80"/>
        <w:ind w:firstLine="482"/>
        <w:jc w:val="both"/>
      </w:pPr>
      <w:r>
        <w:rPr>
          <w:rFonts w:ascii="Times New Roman" w:hAnsi="Times New Roman" w:eastAsia="宋体"/>
          <w:b w:val="0"/>
          <w:sz w:val="24"/>
        </w:rPr>
        <w:t>1、2024年我校推荐免试研究生的具体工作按照教育部有关文件精神和《西南林业大学推荐优秀应届本科毕业生免试攻读研究生工作办法（修订）》的规定开展,各学院可根据实际情况制定推免实施细则。如自愿放弃推荐资格，学生本人必须签订《2024年应届本科毕业生自愿放弃推免资格的申明》。</w:t>
      </w:r>
    </w:p>
    <w:p>
      <w:pPr>
        <w:spacing w:line="360" w:lineRule="auto" w:before="0" w:after="80"/>
        <w:ind w:firstLine="482"/>
        <w:jc w:val="both"/>
      </w:pPr>
      <w:r>
        <w:rPr>
          <w:rFonts w:ascii="Times New Roman" w:hAnsi="Times New Roman" w:eastAsia="宋体"/>
          <w:b w:val="0"/>
          <w:sz w:val="24"/>
        </w:rPr>
        <w:t>1. 2023年9月18日17:00前，各学院确定正式推免名单和候补名单，并在学院张贴或者网站进行公示。同时将附件1《云南省2024年推荐优秀应届本科毕业生免试攻读研究生资格名单》（由学院领导签字并加盖公章）和有关纸质材料（考生放弃推免资格纸质材料、未顺推考生证明材料、特殊人才推荐材料、同一专业采取不同排名方式分别排名情况说明等）按名单顺序排序，纸质版报送至教务处学籍科王振兴处，电子材料通过钉钉发送。若有学生有异议的，务必尽快尽速处理好，以免影响后续工作进行。</w:t>
      </w:r>
    </w:p>
    <w:p>
      <w:pPr>
        <w:spacing w:line="360" w:lineRule="auto" w:before="0" w:after="80"/>
        <w:ind w:firstLine="482"/>
        <w:jc w:val="both"/>
      </w:pPr>
      <w:r>
        <w:rPr>
          <w:rFonts w:ascii="Times New Roman" w:hAnsi="Times New Roman" w:eastAsia="宋体"/>
          <w:b w:val="0"/>
          <w:sz w:val="24"/>
        </w:rPr>
        <w:t>2．2023年9月27日18:00前，学校将《云南省2024年推荐优秀应届本科毕业生免试攻读研究生资格名单》电子版报送省招生考试院。</w:t>
      </w:r>
    </w:p>
    <w:p>
      <w:pPr>
        <w:spacing w:line="360" w:lineRule="auto" w:before="0" w:after="80"/>
        <w:ind w:firstLine="482"/>
        <w:jc w:val="both"/>
      </w:pPr>
      <w:r>
        <w:rPr>
          <w:rFonts w:ascii="Times New Roman" w:hAnsi="Times New Roman" w:eastAsia="宋体"/>
          <w:b w:val="0"/>
          <w:sz w:val="24"/>
        </w:rPr>
        <w:t>3．2023年9月28日18:00前，学校将推免生名单上传至“全国推荐优秀应届本科毕业生免试攻读研究生信息公开暨管理服务系统”进行校验，校验无误按时上报。</w:t>
      </w:r>
    </w:p>
    <w:p>
      <w:pPr>
        <w:spacing w:line="360" w:lineRule="auto" w:before="0" w:after="80"/>
        <w:ind w:firstLine="482"/>
        <w:jc w:val="both"/>
      </w:pPr>
      <w:r>
        <w:rPr>
          <w:rFonts w:ascii="Times New Roman" w:hAnsi="Times New Roman" w:eastAsia="宋体"/>
          <w:b w:val="0"/>
          <w:sz w:val="24"/>
        </w:rPr>
        <w:t>4．推免接受阶段时间安排，以教育部通知为准，请大家关注全国推荐优秀应届本科毕业生免试攻读研究生信息公开暨管理服务系统https://yz.chsi.com.cn/tm/。</w:t>
      </w:r>
    </w:p>
    <w:p>
      <w:pPr>
        <w:spacing w:line="360" w:lineRule="auto" w:before="160" w:after="80"/>
        <w:ind w:firstLine="0"/>
        <w:jc w:val="left"/>
      </w:pPr>
      <w:r>
        <w:rPr>
          <w:rFonts w:ascii="Times New Roman" w:hAnsi="Times New Roman" w:eastAsia="宋体"/>
          <w:b/>
          <w:sz w:val="28"/>
        </w:rPr>
        <w:t>5.其他事项</w:t>
      </w:r>
    </w:p>
    <w:p>
      <w:pPr>
        <w:spacing w:line="360" w:lineRule="auto" w:before="160" w:after="80"/>
        <w:ind w:firstLine="0"/>
        <w:jc w:val="left"/>
      </w:pPr>
      <w:r>
        <w:rPr>
          <w:rFonts w:ascii="Times New Roman" w:hAnsi="Times New Roman" w:eastAsia="宋体"/>
          <w:b/>
          <w:sz w:val="28"/>
        </w:rPr>
        <w:t>(1).因教育部规定不得专门组织遴选推免生的考试（包括笔试、面试等），请各学院做好同学的咨询和解释工作。</w:t>
      </w:r>
    </w:p>
    <w:p>
      <w:pPr>
        <w:spacing w:line="360" w:lineRule="auto" w:before="160" w:after="80"/>
        <w:ind w:firstLine="0"/>
        <w:jc w:val="left"/>
      </w:pPr>
      <w:r>
        <w:rPr>
          <w:rFonts w:ascii="Times New Roman" w:hAnsi="Times New Roman" w:eastAsia="宋体"/>
          <w:b/>
          <w:sz w:val="28"/>
        </w:rPr>
        <w:t>(2). 如学校推免办法中存在与国家及上级文件不一致之处，以上级文件为准。</w:t>
      </w:r>
    </w:p>
    <w:p>
      <w:pPr>
        <w:spacing w:line="360" w:lineRule="auto" w:before="160" w:after="80"/>
        <w:ind w:firstLine="0"/>
        <w:jc w:val="left"/>
      </w:pPr>
      <w:r>
        <w:rPr>
          <w:rFonts w:ascii="Times New Roman" w:hAnsi="Times New Roman" w:eastAsia="宋体"/>
          <w:b/>
          <w:sz w:val="28"/>
        </w:rPr>
        <w:t>(3).推免工作过程中如有问题请及时与教务处联系。电话:63862328；地址:行政楼112。</w:t>
      </w:r>
    </w:p>
    <w:p>
      <w:pPr>
        <w:spacing w:line="360" w:lineRule="auto" w:before="160" w:after="80"/>
        <w:ind w:firstLine="0"/>
        <w:jc w:val="left"/>
      </w:pPr>
      <w:r>
        <w:rPr>
          <w:rFonts w:ascii="Times New Roman" w:hAnsi="Times New Roman" w:eastAsia="宋体"/>
          <w:b/>
          <w:sz w:val="28"/>
        </w:rPr>
        <w:t>1.关于印发《西南林业大学推荐优秀应届本科毕业生免试攻读研究生工作办法（2018年修订）》的通知</w:t>
      </w:r>
    </w:p>
    <w:p>
      <w:pPr>
        <w:spacing w:line="360" w:lineRule="auto" w:before="0" w:after="80"/>
        <w:ind w:firstLine="482"/>
        <w:jc w:val="both"/>
      </w:pPr>
      <w:r>
        <w:rPr>
          <w:rFonts w:ascii="Times New Roman" w:hAnsi="Times New Roman" w:eastAsia="宋体"/>
          <w:b w:val="0"/>
          <w:sz w:val="24"/>
        </w:rPr>
        <w:t>附件1：云南省2024年推荐优秀应届本科毕业生免试攻读研究生资格名单</w:t>
      </w:r>
    </w:p>
    <w:p>
      <w:pPr>
        <w:spacing w:line="360" w:lineRule="auto" w:before="120" w:after="60"/>
        <w:ind w:firstLine="0"/>
        <w:jc w:val="left"/>
      </w:pPr>
      <w:r>
        <w:rPr>
          <w:rFonts w:ascii="Times New Roman" w:hAnsi="Times New Roman" w:eastAsia="宋体"/>
          <w:b/>
          <w:sz w:val="24"/>
        </w:rPr>
        <w:t>附件1填写说明</w:t>
      </w:r>
    </w:p>
    <w:p>
      <w:pPr>
        <w:spacing w:line="360" w:lineRule="auto" w:before="120" w:after="60"/>
        <w:ind w:firstLine="0"/>
        <w:jc w:val="left"/>
      </w:pPr>
      <w:r>
        <w:rPr>
          <w:rFonts w:ascii="Times New Roman" w:hAnsi="Times New Roman" w:eastAsia="宋体"/>
          <w:b/>
          <w:sz w:val="24"/>
        </w:rPr>
        <w:t>附件2：西南林业大学免试攻读硕士学位研究生申请书</w:t>
      </w:r>
    </w:p>
    <w:p>
      <w:pPr>
        <w:spacing w:line="360" w:lineRule="auto" w:before="120" w:after="60"/>
        <w:ind w:firstLine="0"/>
        <w:jc w:val="left"/>
      </w:pPr>
      <w:r>
        <w:rPr>
          <w:rFonts w:ascii="Times New Roman" w:hAnsi="Times New Roman" w:eastAsia="宋体"/>
          <w:b/>
          <w:sz w:val="24"/>
        </w:rPr>
        <w:t>附件3：放弃推免资格的申明</w:t>
      </w:r>
    </w:p>
    <w:p>
      <w:pPr>
        <w:spacing w:line="360" w:lineRule="auto" w:before="120" w:after="60"/>
        <w:ind w:firstLine="0"/>
        <w:jc w:val="left"/>
      </w:pPr>
      <w:r>
        <w:rPr>
          <w:rFonts w:ascii="Times New Roman" w:hAnsi="Times New Roman" w:eastAsia="宋体"/>
          <w:b/>
          <w:sz w:val="24"/>
        </w:rPr>
        <w:t>附件4：西南林业大学推免资格证明（供学生面试用）</w:t>
      </w:r>
    </w:p>
    <w:p>
      <w:pPr>
        <w:spacing w:line="360" w:lineRule="auto" w:before="120" w:after="60"/>
        <w:ind w:firstLine="0"/>
        <w:jc w:val="left"/>
      </w:pPr>
      <w:r>
        <w:rPr>
          <w:rFonts w:ascii="Times New Roman" w:hAnsi="Times New Roman" w:eastAsia="宋体"/>
          <w:b/>
          <w:sz w:val="24"/>
        </w:rPr>
        <w:t>附件5：全校专业名称及代码</w:t>
      </w:r>
    </w:p>
    <w:p>
      <w:pPr>
        <w:spacing w:line="360" w:lineRule="auto" w:before="120" w:after="60"/>
        <w:ind w:firstLine="0"/>
        <w:jc w:val="left"/>
      </w:pPr>
      <w:r>
        <w:rPr>
          <w:rFonts w:ascii="Times New Roman" w:hAnsi="Times New Roman" w:eastAsia="宋体"/>
          <w:b/>
          <w:sz w:val="24"/>
        </w:rPr>
        <w:t>教务处</w:t>
      </w:r>
    </w:p>
    <w:p>
      <w:pPr>
        <w:spacing w:line="360" w:lineRule="auto" w:before="120" w:after="60"/>
        <w:ind w:firstLine="0"/>
        <w:jc w:val="left"/>
      </w:pPr>
      <w:r>
        <w:rPr>
          <w:rFonts w:ascii="Times New Roman" w:hAnsi="Times New Roman" w:eastAsia="宋体"/>
          <w:b/>
          <w:sz w:val="24"/>
        </w:rPr>
        <w:t>2023年9月15日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