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国际商务外语学院2025年接收优秀应届本科毕业生免试攻读研究生的复试工作安排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为确保国际商务外语学院2025年免试研究生接收工作顺利进行，根据学校有关通知精神，结合国际商务外语学院实际，现将有关事项公告如下：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发布日期：2024年9月20日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学术学位：外国语言学及应用语言学、英语语言文学、日语语言文学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专业学位：英语笔译、日语笔译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二、报到确认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所有接收到申请确认的考生于9月22日（星期日）上午10：00点前添加钉钉群。复试相关通知将会在钉钉群内发布。进群后请修改备注名称为“姓名+报考专业”。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采取网络远程的方式进行复试，参加复试的学生可提前下载安装学信网App（https://www.chsi.com.cn/wap/download.jsp），学信网远程面试系统具体认证及操作流程详见网（https://bm.chsi.com.cn/ycms/stu/school/index）考生操作手册及设备要求，双机位进行考核，备用平台为钉钉。正式复试考核前针对考生安排统一的系统测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系统测试时间：2024年9月23日上午8:30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复试考核时间：2024年9月23日上午10:00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请同学们提前下载并熟悉平台使用，准备一台主设备用于正面拍摄，一台辅助设备用于侧后方拍摄。推荐考生使用谷歌浏览器，手机app有时会有问题，不适合当做一机位设备，主设备下载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推免生复试采取面试考核，复试内容包括专业水平测试、外语水平测试及综合情况考核三项，满分均为100分，60分及格，复试不及格不予录取。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1.专业水平测试。主要考核学生专业水平以及运用理论分析问题、解决问题的能力，测试内容以开放性、综合性能力型试题为主。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2.外语水平测试。主要考核外语能力，包括听力和口语，测试内容可采取学生英/日文自我介绍，师生英/日文互动问答等方式。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综合情况考核。主要考核学生的综合素质，全面了解学生整体情况，测试内容可采取考生自我介绍，师生互动问答等方式。综合考核中要结合《思想政治与品德素质考核表》对思想品德进行重点考核，考核不通过不予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学院将于9月23日上午8:30开始依次进行线上测试，考生须准备1台笔记本电脑（或台式电脑配置外接摄像头、麦克风）和1部智能手机。考生需同时配备用于支撑固定手机的必要设备。请提前调试好两个机位的位置，考生须正面免冠面向镜头，准备好身份证备查，确保面部、上半身及双手在画面中清晰可见，不得佩戴口罩，不得使用耳机；二机位的账号请务必将麦克静音，同时将手机外放声音静音，以避免两个机位的相互干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2.9月23日上午10：00正式复试时，考生应按要求至少提前15分钟登录指定网络平台参加网络远程复试。考务人员将依次邀请考生进入考场，未按时进入考场的视为放弃考试，不得再进入考场考试，考试期间不得中途退出考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3.复试过程中，由于系统网络等原因可能导致实际复试时间的提前或延迟，学院会视实际需要对流程进行调整并及时通知考生，请各位考生予以理解配合并保持通讯畅通。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4.相关事宜请查看研究生院官网关于公布2025年接收推免生预报名初审名单的通知 https://graduate.dufe.edu.cn/content_86526.html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438929063@qq.com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东北财经大学国际商务外语学院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2024年9月20日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