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动科动医学院接收推免生复试成绩公示（学硕）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动科动医学院接收推免生复试成绩公示（学硕），本次公示共涉及拟录取推免生 18 人，拟录取专业均为基础兽医学（专业代码 090601），复试成绩采用百分制，备注均为“拟录取”。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赵心怡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胡永杰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刘明鸽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俞灵鑫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占乐杨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朱作忠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马创业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叶浩男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李清昊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潘安琪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胡胜男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宋宛臻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蒋永涛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何丽娜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本次公示未提供公示期、排名或评分方式说明及联系方式。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