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关于做好2026年推荐优秀本科毕业生免试攻读研究生工作的通知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各有关部门：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根据教育部和相关文件精神，现就做好2026年推荐优秀应届本科毕业生免试攻读研究生工作通知如下。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纳入国家普通本科招生计划录取的应届本科毕业生；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拥护党的领导，思想品德优秀，热爱祖国，无违法违纪记录，身心健康；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诚实守信，学风端正，无考试作弊或剽窃他人学术成果行为；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遵守学院各项规章制度，未受过学院纪律处分或在申请推免时纪律处分已解除；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学业成绩优秀，学分绩点排名在本专业前50%，且在校期间所修读课程无首次考试不及格科目；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学术研究兴趣浓厚，有较强的创新意识和专业能力。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二、成绩计算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专业综合成绩为依据，按同专业从高到低排序推荐，所有成绩计算的截止时间为2025年8月31日。专业综合成绩计算根据《北京电子科技学院推荐优秀2026届本科毕业生免试攻读硕士学位研究生工作实施办法（试行）》中第九条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下达给我院2026年推免生限额为31名，按计划名额的100%将推免生候选人名额分配到各专业。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推免名额分配方案如下：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[图片：推免名额分配方案]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9月5日：成立推免工作小组、材料审核专家组，根据相关文件及实际情况，做好推免工作政策宣传和动员工作，确保通知到每一名本科生；组织学生报名（申请表、报名学生思想政治表现评价、相关材料等），计算专业综合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2025年9月9日：按照《北京电子科技学院推荐优秀2026届本科毕业生免试攻读硕士学位研究生工作实施办法（试行）》要求，将各专业拟推荐名单及相关材料报送。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2025年9月10日：领导小组审议决定拟推荐优秀应届本科毕业生免试攻读2026年硕士学位研究生名单。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2025年9月10日：学院召开院长办公会审议拟推免学生名单及推免相关事项，并公示拟推免学生名单。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2025年9月18日：上报符合推免资格学生名单，由上级主管部门进行审核。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五、工作要求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各系高度重视，落实立德树人根本任务，坚持德智体美劳全面衡量，以德为先，把学生思想品德考核作为推免生遴选的重要内容和重要依据，思想品德考核不合格者不予推荐。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小组应本着公平、公正、公开的原则，严格把关，认真审核，确保我院推免生的质量。凡在推荐和审查工作中弄虚作假、徇私舞弊者，一经查实，取消该系的相关推荐指标，并根据有关规定对责任人做出严肃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严格规范管理，加强对学生本科阶段成绩的严格管理和规范使用，确保成绩真实可信；教职工特别是领导干部子女在参加推免的实行全程回避制度。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各系开展推免工作时不得专门组织推免生的考试（包括笔试、面试等）。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在推免前要充分宣传文件精神，推免工作完成后要做好对推免生的监管工作。提醒和督促学生珍惜机会，戒骄戒躁，加倍努力学习，避免出现浪费指标。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强化监督检查，全程监督学院的推免工作，同时接受推免过程中违规违纪行为的举报。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北京电子科技学院关于推荐优秀2026届本科毕业生免试攻读硕士学位研究生工作实施办法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北京电子科技学院推荐优秀应届本科毕业生免试攻读研究生申请表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附件1. 北京电子科技学院关于推荐优秀2026届本科毕业生免试攻读硕士学位研究生工作实施办法（院发〔2025〕28号）.pdf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附件1-1. 北京电子科技学院重点支持的本科生学术科技竞赛目录（院教发〔2025〕1号）.pdf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附件1-2. 北京电子科技学院研究生发表学术论文参考目录.pdf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附件2. 北京电子科技学院推荐优秀应届本科毕业生免试攻读研究生申请表.docx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