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放弃推免资格说明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一、文件性质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本文件为航空航天学院2022年研究生推免工作中使用的放弃推免资格说明模板，供相关学生填写使用。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二、适用对象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航空航天学院2019级学生。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已进入航空航天学院2022年研究生推免工作范围的学生。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三、填写内容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本人姓名。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所在专业。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放弃推免研究生资格的原因。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承诺人签名。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填写日期（年、月、日）。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四、声明事项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本人因上述原因自动放弃推免研究生资格。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以上情况父母知情并同意。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五、签署要求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由承诺人本人签名。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签署日期需填写完整，格式为“年 月 日”。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