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历史学系（珠海）关于2026届本科毕业生免试攻读研究生推荐资格公示的通告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《中山大学推荐应届本科毕业生免试攻读研究生工作实施办法》（中大教务〔2025〕2号）、《历史学系（珠海）推免资格认定遴选细则》（〔2025〕4号），经学生申请、学系审核，历史学系（珠海）19名同学符合推免基本要求，其中17名同学拟获免试攻读研究生推荐资格，现将名单予以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发布日期：2025年9月9日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一、拟推荐名单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历史学系（珠海）2026届本科毕业生免试攻读研究生拟推荐名单（按排名顺序）：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17"/>
        <w:gridCol w:w="4317"/>
      </w:tblGrid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朱颖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汪星雨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林绿筱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何婉怡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张希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涂裕民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陈湘琪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吴与齐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苏秦慧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田亿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李楚祺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郑慧婷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吴思慧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廖海婷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陈彦希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李幸欣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黄尔锨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二、公示与反馈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如有异议，请在公示期内实名向学系推免工作小组反馈，否则不予受理。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公示时间：2025年9月9日-9月15日。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联系电话：0756-3668336（学系推免工作小组）；020-84115582（校纪委、监察专员办）。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电子邮箱：huanghai27@mail.sysu.edu.cn（学系推免工作小组）。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历史学系（珠海）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2025年9月9日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