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一、公示标题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大连交通大学理学院2026届优秀应届本科毕业生免试攻读研究生推荐名单公示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二、发布日期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三、政策依据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《大连交通大学推荐优秀应届本科毕业生免试攻读研究生的管理规定》（大交大发[2024]33号）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《大连交通大学推荐2026届优秀应届本科毕业生免试攻读研究生工作方案》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四、遴选流程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学生个人申报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学院推免生遴选工作小组全面审核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基础部党政联席会议通过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五、名单内容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名单见附件，附件名称为：理学院附件5：2026届优秀应届本科毕业生免试攻读研究生推荐名单汇总表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六、公示期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自公示之日起3日内，截止时间为2025年9月10日16:00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七、异议反馈方式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反馈形式：电话、信函、亲访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联系电话：0411-86226608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联系人：张羽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要求：反映情况要实事求是，具体真实，电话、信函要署真实姓名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八、发布单位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理学院推免生遴选工作小组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大连交通大学推荐优秀应届本科毕业生免试攻读研究生的管理规定》（大交大发[2024]33号）、《大连交通大学推荐2026届优秀应届本科毕业生免试攻读研究生工作方案》相关工作要求，经学生个人申报、学院推免生遴选工作小组全面审核、基础部党政联席会议通过，确定推免名单，现予以公示（名单见附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（理学院）附件5：2026届优秀应届本科毕业生免试攻读研究生推荐名单汇总表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如对本公示内容有不同意见，请自公示之日起3日内，在9月10日16:00前以电话、信函、亲访等方式反映。反映情况要实事求是，具体真实，电话、信函要署真实姓名。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联系电话：0411-86226608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联系人：张羽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理学院推免生遴选工作小组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2025年9月8日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