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思勉人文高等研究院2026年博士研究生招生办法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思勉人文高等研究院（以下简称“高研院”）是华东师范大学集中优势资源建设的人文学科学术高地，是华东师范大学人文学科共同的学术平台。研究生教育是高研院建设的最重要环节之一，实行跨学科、精英化与国际化的培养方案。2026年，高研院遵循相关工作原则，推进相应的博士研究生招生组织管理工作，以“申请考核”方式招收博士研究生。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招生对象需要符合以下报考条件：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拥护中国共产党的领导，遵纪守法，品德良好。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身体健康状况符合国家规定的体检要求。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以学术为志业、有担纲意识、具突出学术潜质。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硕士毕业生/已获硕士学位人员，或应届硕士毕业生。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其中：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（1）境内应届毕业硕士生提供中国高等教育学生信息网（学信网）出具的“教育部学籍在线验证报告”，并于2026年9月1日前取得国家承认的硕士毕业证书/硕士学位证书；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（2）获国（境）外大学硕士学位（毕业）证书者须提供教育部留学服务中心“国（境）外学历学位认证书”；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国（境）外在读、即将获得硕士学位（毕业）证书者提供就读学校出具的就读证明（应为中文或英文件；或其他语种的中文或英文公证件），注明预计获硕士学位或毕业时间；并于2026年9月1日前获得教育部留学服务中心出具的“国（境）外学历学位认证书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现役军人报考，除符合上述规定外，还须符合军队相关部门的规定。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不接受同等学力考生的报考。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二、招生专业、导师与名额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招生专业：中国语言文学、中国史、世界史、哲学、政治学、社会学、外国语言文学、新闻传播学。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招生导师：华东师范大学中文系、历史学系、哲学系、政治与国际关系学院、外语学院、社会发展学院、传播学院的上岗博士生导师。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招生名额：6人。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思勉高研院成立博士招生工作小组，设立报考资格审核小组、专业资格审核小组和综合考核小组，坚持“严格审核、择优录取”的原则，实行学生申请、专家推荐、评议面试的招生程序。具体程序如下：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（一）学生申请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须于2025年11月24日上午9点前，将完整的申请材料以压缩包的形式（按“申请专业-意向导师-姓名”命名），同时提交至：1.高研院招生邮箱：xyliu@simian.ecnu.edu.cn；2.意向导师邮箱（如无意向导师联系方式，可以申请由高研院提交给导师）。请确认材料准确无误后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申请材料（电子版）主要包括：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申请表（下载附件1模板），以“1.姓名—申请表”命名。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学术材料（下载附件2模版）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内容主要包括：（1）本人基本信息；（2）个人陈述；（3）攻读博士学位研究计划；（4）代表性学术论文简介（已发表或未发表均可，另附“代表作论文”PDF文件）；（5）硕士学位论文简介（若有全文，请另附“硕士学位论文”PDF文件）。详细内容及材料要求，请见模版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说明：以一份PDF文档提交，请勿插入页码，以“2.姓名—学术材料”命名。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身份及学历证明材料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（1）有效居民身份证（正反两面复印在同一页面）。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籍学历材料：①已硕士毕业并（或）取得硕士学位者提交硕士毕业证书和（或）硕士学位证书（若无其中任一证书，请提供说明）；②境内应届硕士毕业生提交中国高等教育学生信息网（学信网）出具的“教育部学籍在线验证报告”；③国（境）外取得硕士学位（毕业）证书者提交教育部留学服务中心出具的“国（境）外学历学位认证书”；④境外在读尚未获得硕士学位或毕业者提供就读学校出具的证明，注明预计获得硕士学位或毕业的时间（应为中文或英文件，或其他语种的中文或英文公证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说明：上述材料报名阶段仅需提供电子扫描件，请按以上顺序整合形成一份PDF文档提交，以“3.姓名—身份及学历材料”命名。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其他证明材料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包括：（1）外语水平证明；（2）硕士阶段成绩单（须有校级培养单位公章）；（3）可证明自己学术能力、或有参考价值的其它材料。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说明：请按以上顺序整合形成一份PDF文档提交，以“4.姓名—其他证明材料”命名。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意向导师、专家推荐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获得意向导师认可后，由意向导师撰写详尽的书面推荐意见，并由意向导师联络另一位该学科的资深教授撰写书面推荐意见。推荐信，请下载附件3模板。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两份推荐信中，至少有一份为高研院研究员、成员撰写，没有研究员、成员的专业可由另一名校内资深专家撰写。高研院研究员、成员信息详见高研院官网。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两封推荐信由意向导师于2025年11月27日上午10点前发送至高研院招生邮箱：xyliu@simian.ecnu.edu.cn。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补充说明：报考阶段申请人须确定“意向导师”，实际录取将受导师限招数等限制，在录取阶段，将采用导师推荐与师生双向选择等方式，最终确定录取导师。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按照学校博士招生精神及要求，对申请人的报考资格、专家推荐情况等进行审核，报考资格审核工作拟于2025年12月5日前完成，将通过思勉人文高等研究院官方网站进行公布。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（四）评议面试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面试分为两次，包括专业资格审核与综合考核。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资格审核小组由相关学科专家、高研院学术副院长组成。小组成员与候选人进行面谈，一般要谈三次，负责面谈的专家要对候选人做出学术评价，高研院学术副院长对其综合素质做出评价。专业资格审核拟于2025年12月9日前完成。高研院将根据专业资格审核的成绩确定进入综合考核环节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考核环节由高研院研究员与成员组成面试委员会，考核内容包括专业基础（100分）、综合测评（100分）、外语水平（100分）、思想政治素质和品德（不计入综合考核成绩，考核不通过者不予录取）。高研院按综合考核成绩确定拟录取名单，单科成绩低于60分不予录取。综合考核工作拟于2025年12月10日前完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（五）公示录取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高研院提出拟录取名单，经招生工作小组审核后报校研究生招生工作领导小组审定，经后者审定同意后，在我校研究生招生信息网公示。未被录取者可通过电子邮件查询综合考核成绩（xyliu@simian.ecnu.edu.cn）。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录取、调档、政审等事项，按我校统一安排进行，届时学校将另行告知。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四、在学期间待遇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学术成长方面，思勉人文高等研究院博士生享有研究经费与海内外访学研修机会。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生活方面，在实行研究生入学收费制的情况下，纳入学校奖助体系，有机会享受相关资助政策。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五、联系与监督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高研院博士研究生招生工作实行信息公开制度，接受社会监督。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招生咨询：刘老师，021-54345090，xyliu@simian.ecnu.edu.cn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监督、投诉受理：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（1）思勉人文高等研究院，jgxia@mail.ecnu.edu.cn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（2）华东师范大学研究生院，dean@yjsy.ecnu.edu.cn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姓名-申请表.xlsx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姓名-学术材料.doc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推荐信.doc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