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工商管理学院推荐2026届优秀应届本科毕业生免试攻读硕士研究生工作实施细则</w:t>
      </w:r>
    </w:p>
    <w:p>
      <w:pPr>
        <w:spacing w:after="80" w:lineRule="auto" w:line="360"/>
        <w:ind w:firstLine="482"/>
        <w:jc w:val="both"/>
      </w:pPr>
      <w:r>
        <w:rPr>
          <w:rFonts w:ascii="Times New Roman" w:hAnsi="Times New Roman" w:eastAsia="宋体"/>
          <w:b w:val="0"/>
          <w:sz w:val="24"/>
        </w:rPr>
        <w:t>发布日期：2025-08-24</w:t>
      </w:r>
    </w:p>
    <w:p>
      <w:pPr>
        <w:spacing w:before="160" w:after="80" w:lineRule="auto" w:line="360"/>
        <w:jc w:val="left"/>
      </w:pPr>
      <w:r>
        <w:rPr>
          <w:rFonts w:ascii="Times New Roman" w:hAnsi="Times New Roman" w:eastAsia="宋体"/>
          <w:b/>
          <w:sz w:val="28"/>
        </w:rPr>
        <w:t>一、推免工作小组</w:t>
      </w:r>
    </w:p>
    <w:p>
      <w:pPr>
        <w:spacing w:after="80" w:lineRule="auto" w:line="360"/>
        <w:ind w:firstLine="482"/>
        <w:jc w:val="both"/>
      </w:pPr>
      <w:r>
        <w:rPr>
          <w:rFonts w:ascii="Times New Roman" w:hAnsi="Times New Roman" w:eastAsia="宋体"/>
          <w:b w:val="0"/>
          <w:sz w:val="24"/>
        </w:rPr>
        <w:t>1. 组长：郝金磊</w:t>
      </w:r>
    </w:p>
    <w:p>
      <w:pPr>
        <w:spacing w:after="80" w:lineRule="auto" w:line="360"/>
        <w:ind w:firstLine="482"/>
        <w:jc w:val="both"/>
      </w:pPr>
      <w:r>
        <w:rPr>
          <w:rFonts w:ascii="Times New Roman" w:hAnsi="Times New Roman" w:eastAsia="宋体"/>
          <w:b w:val="0"/>
          <w:sz w:val="24"/>
        </w:rPr>
        <w:t>2. 副组长：闫向忠</w:t>
      </w:r>
    </w:p>
    <w:p>
      <w:pPr>
        <w:spacing w:after="80" w:lineRule="auto" w:line="360"/>
        <w:ind w:firstLine="482"/>
        <w:jc w:val="both"/>
      </w:pPr>
      <w:r>
        <w:rPr>
          <w:rFonts w:ascii="Times New Roman" w:hAnsi="Times New Roman" w:eastAsia="宋体"/>
          <w:b w:val="0"/>
          <w:sz w:val="24"/>
        </w:rPr>
        <w:t>3. 成员：郭学军、李强、刘治宏、董平、马永刚、王玲、刘海燕、周杰、麻鸣</w:t>
      </w:r>
    </w:p>
    <w:p>
      <w:pPr>
        <w:spacing w:before="160" w:after="80" w:lineRule="auto" w:line="360"/>
        <w:jc w:val="left"/>
      </w:pPr>
      <w:r>
        <w:rPr>
          <w:rFonts w:ascii="Times New Roman" w:hAnsi="Times New Roman" w:eastAsia="宋体"/>
          <w:b/>
          <w:sz w:val="28"/>
        </w:rPr>
        <w:t>二、专家审核小组</w:t>
      </w:r>
    </w:p>
    <w:p>
      <w:pPr>
        <w:spacing w:after="80" w:lineRule="auto" w:line="360"/>
        <w:ind w:firstLine="482"/>
        <w:jc w:val="both"/>
      </w:pPr>
      <w:r>
        <w:rPr>
          <w:rFonts w:ascii="Times New Roman" w:hAnsi="Times New Roman" w:eastAsia="宋体"/>
          <w:b w:val="0"/>
          <w:sz w:val="24"/>
        </w:rPr>
        <w:t>1. 组长：陈刚</w:t>
      </w:r>
    </w:p>
    <w:p>
      <w:pPr>
        <w:spacing w:after="80" w:lineRule="auto" w:line="360"/>
        <w:ind w:firstLine="482"/>
        <w:jc w:val="both"/>
      </w:pPr>
      <w:r>
        <w:rPr>
          <w:rFonts w:ascii="Times New Roman" w:hAnsi="Times New Roman" w:eastAsia="宋体"/>
          <w:b w:val="0"/>
          <w:sz w:val="24"/>
        </w:rPr>
        <w:t>2. 副组长：周文丽</w:t>
      </w:r>
    </w:p>
    <w:p>
      <w:pPr>
        <w:spacing w:after="80" w:lineRule="auto" w:line="360"/>
        <w:ind w:firstLine="482"/>
        <w:jc w:val="both"/>
      </w:pPr>
      <w:r>
        <w:rPr>
          <w:rFonts w:ascii="Times New Roman" w:hAnsi="Times New Roman" w:eastAsia="宋体"/>
          <w:b w:val="0"/>
          <w:sz w:val="24"/>
        </w:rPr>
        <w:t>3. 成员：林艳、荆炜、姚烨、赵玉田、姜诗尧</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按照《兰州财经大学推荐优秀应届本科毕业生免试攻读硕士研究生工作实施办法》（兰财大校发〔2025〕123号）第三章推荐条件执行。</w:t>
      </w:r>
    </w:p>
    <w:p>
      <w:pPr>
        <w:spacing w:before="160" w:after="80" w:lineRule="auto" w:line="360"/>
        <w:jc w:val="left"/>
      </w:pPr>
      <w:r>
        <w:rPr>
          <w:rFonts w:ascii="Times New Roman" w:hAnsi="Times New Roman" w:eastAsia="宋体"/>
          <w:b/>
          <w:sz w:val="28"/>
        </w:rPr>
        <w:t>四、综合评价计算细则</w:t>
      </w:r>
    </w:p>
    <w:p>
      <w:pPr>
        <w:spacing w:after="80" w:lineRule="auto" w:line="360"/>
        <w:ind w:firstLine="482"/>
        <w:jc w:val="both"/>
      </w:pPr>
      <w:r>
        <w:rPr>
          <w:rFonts w:ascii="Times New Roman" w:hAnsi="Times New Roman" w:eastAsia="宋体"/>
          <w:b w:val="0"/>
          <w:sz w:val="24"/>
        </w:rPr>
        <w:t>1. 按照《兰州财经大学推荐优秀应届本科毕业生免试攻读硕士研究生工作实施办法》（兰财大校发〔2025〕123号）第四章综合评价执行。</w:t>
      </w:r>
    </w:p>
    <w:p>
      <w:pPr>
        <w:spacing w:after="80" w:lineRule="auto" w:line="360"/>
        <w:ind w:firstLine="482"/>
        <w:jc w:val="both"/>
      </w:pPr>
      <w:r>
        <w:rPr>
          <w:rFonts w:ascii="Times New Roman" w:hAnsi="Times New Roman" w:eastAsia="宋体"/>
          <w:b w:val="0"/>
          <w:sz w:val="24"/>
        </w:rPr>
        <w:t>2. 参照《兰州财经大学推荐优秀应届本科毕业生免试攻读硕士研究生工作奖励认定参考指南》（附件1）执行。</w:t>
      </w:r>
    </w:p>
    <w:p>
      <w:pPr>
        <w:spacing w:before="160" w:after="80" w:lineRule="auto" w:line="360"/>
        <w:jc w:val="left"/>
      </w:pPr>
      <w:r>
        <w:rPr>
          <w:rFonts w:ascii="Times New Roman" w:hAnsi="Times New Roman" w:eastAsia="宋体"/>
          <w:b/>
          <w:sz w:val="28"/>
        </w:rPr>
        <w:t>五、推荐工作程序</w:t>
      </w:r>
    </w:p>
    <w:p>
      <w:pPr>
        <w:spacing w:after="80" w:lineRule="auto" w:line="360"/>
        <w:ind w:firstLine="482"/>
        <w:jc w:val="both"/>
      </w:pPr>
      <w:r>
        <w:rPr>
          <w:rFonts w:ascii="Times New Roman" w:hAnsi="Times New Roman" w:eastAsia="宋体"/>
          <w:b w:val="0"/>
          <w:sz w:val="24"/>
        </w:rPr>
        <w:t>1. 8月28日前：完成满足基本条件学生遴选，填写《兰州财经大学优秀应届本科毕业生免试攻读硕士研究生申请表》（附件2），提交成绩单（需教务处盖章）、大学英语四级证书复印件，签订推免诚信承诺书（附件3）。</w:t>
      </w:r>
    </w:p>
    <w:p>
      <w:pPr>
        <w:spacing w:after="80" w:lineRule="auto" w:line="360"/>
        <w:ind w:firstLine="482"/>
        <w:jc w:val="both"/>
      </w:pPr>
      <w:r>
        <w:rPr>
          <w:rFonts w:ascii="Times New Roman" w:hAnsi="Times New Roman" w:eastAsia="宋体"/>
          <w:b w:val="0"/>
          <w:sz w:val="24"/>
        </w:rPr>
        <w:t>2. 8月31日前：组织学生答辩，完成奖励项目加分认定（附佐证材料）和综合评价计算及排名（附件4）。</w:t>
      </w:r>
    </w:p>
    <w:p>
      <w:pPr>
        <w:spacing w:after="80" w:lineRule="auto" w:line="360"/>
        <w:ind w:firstLine="482"/>
        <w:jc w:val="both"/>
      </w:pPr>
      <w:r>
        <w:rPr>
          <w:rFonts w:ascii="Times New Roman" w:hAnsi="Times New Roman" w:eastAsia="宋体"/>
          <w:b w:val="0"/>
          <w:sz w:val="24"/>
        </w:rPr>
        <w:t>3. 9月1日：学院召开党政联席会讨论拟推荐名单。</w:t>
      </w:r>
    </w:p>
    <w:p>
      <w:pPr>
        <w:spacing w:before="160" w:after="80" w:lineRule="auto" w:line="360"/>
        <w:jc w:val="left"/>
      </w:pPr>
      <w:r>
        <w:rPr>
          <w:rFonts w:ascii="Times New Roman" w:hAnsi="Times New Roman" w:eastAsia="宋体"/>
          <w:b/>
          <w:sz w:val="28"/>
        </w:rPr>
        <w:t>六、工作纪律与监督</w:t>
      </w:r>
    </w:p>
    <w:p>
      <w:pPr>
        <w:spacing w:after="80" w:lineRule="auto" w:line="360"/>
        <w:ind w:firstLine="482"/>
        <w:jc w:val="both"/>
      </w:pPr>
      <w:r>
        <w:rPr>
          <w:rFonts w:ascii="Times New Roman" w:hAnsi="Times New Roman" w:eastAsia="宋体"/>
          <w:b w:val="0"/>
          <w:sz w:val="24"/>
        </w:rPr>
        <w:t>1. 加强推荐工作管理，涉及原则、方法、程序和结果等重要事项应集体决策，确保公平公正、平稳有序。</w:t>
      </w:r>
    </w:p>
    <w:p>
      <w:pPr>
        <w:spacing w:after="80" w:lineRule="auto" w:line="360"/>
        <w:ind w:firstLine="482"/>
        <w:jc w:val="both"/>
      </w:pPr>
      <w:r>
        <w:rPr>
          <w:rFonts w:ascii="Times New Roman" w:hAnsi="Times New Roman" w:eastAsia="宋体"/>
          <w:b w:val="0"/>
          <w:sz w:val="24"/>
        </w:rPr>
        <w:t>2. 推荐工作全程接受学校纪委、监察专员办公室和社会各界监督。</w:t>
      </w:r>
    </w:p>
    <w:p>
      <w:pPr>
        <w:spacing w:after="80" w:lineRule="auto" w:line="360"/>
        <w:ind w:firstLine="482"/>
        <w:jc w:val="both"/>
      </w:pPr>
      <w:r>
        <w:rPr>
          <w:rFonts w:ascii="Times New Roman" w:hAnsi="Times New Roman" w:eastAsia="宋体"/>
          <w:b w:val="0"/>
          <w:sz w:val="24"/>
        </w:rPr>
        <w:t>3. 对弄虚作假、学术不端等行为，一经查实，取消推免资格并严肃处理。</w:t>
      </w:r>
    </w:p>
    <w:p>
      <w:pPr>
        <w:spacing w:after="80" w:lineRule="auto" w:line="360"/>
        <w:ind w:firstLine="482"/>
        <w:jc w:val="both"/>
      </w:pPr>
      <w:r>
        <w:rPr>
          <w:rFonts w:ascii="Times New Roman" w:hAnsi="Times New Roman" w:eastAsia="宋体"/>
          <w:b w:val="0"/>
          <w:sz w:val="24"/>
        </w:rPr>
        <w:t>4. 工作人员未严格履职或违反政策规定的，学校将依规依纪严肃处理。</w:t>
      </w:r>
    </w:p>
    <w:p>
      <w:pPr>
        <w:spacing w:after="80" w:lineRule="auto" w:line="360"/>
        <w:ind w:firstLine="482"/>
        <w:jc w:val="both"/>
      </w:pPr>
      <w:r>
        <w:rPr>
          <w:rFonts w:ascii="Times New Roman" w:hAnsi="Times New Roman" w:eastAsia="宋体"/>
          <w:b w:val="0"/>
          <w:sz w:val="24"/>
        </w:rPr>
        <w:t>5. 工作人员有直系亲属或利益相关学生报名应主动回避，有非直系亲属等报名应主动报备；学生申请时也应主动报备声明，未按规定报备且影响公平公正的，将取消推免资格。</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