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北京理工大学经济学院2026年接收优秀应届本科毕业生推荐免试攻读研究生（含本直博生）办法-新增专业学位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本通知为北京理工大学经济学院2026年接收优秀应届本科毕业生推荐免试攻读研究生（含本直博生）办法（新增专业学位），未公示具体录取人数，未涉及公示期信息。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发布日期（推定）：2025年9月5日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一、涵盖专业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共2个专业学位，学制均为2年，学习形式均为全日制。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专业明细如下：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58"/>
        <w:gridCol w:w="2158"/>
        <w:gridCol w:w="2158"/>
        <w:gridCol w:w="2158"/>
      </w:tblGrid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专业代码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学制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学习形式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025100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2年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数字经济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025800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2年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二、排名/评分方式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学院材料审核专家组对推免生报名信息进行初审，确定面试名单后发放面试通知。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面试小组对推免生进行面试、评定面试成绩，最终确定预录取名单。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三、报名与时间安排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报名时间为即日起至2025年9月15日中午12点。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报名网址为https://yz.bit.edu.cn/yzbm/logon。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推免服务系统开放时间为9月22日-10月20日。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9月22日9点报名。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9月23日上午9点发放复试通知。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9月25日上午9点发放待录取通知。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7. 9月25日下午14点考生确认待录取。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8. 待录取通知未在规定时间内确认者视同放弃，学院有权递补录取。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四、申请材料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申请本直博考生须提交2名副教授或相当职称以上专家的推荐书一式两份。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五、咨询联系方式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咨询联系人：王老师。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手机：13683126543。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