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line="360" w:lineRule="auto" w:before="240" w:after="160"/>
        <w:ind w:firstLine="0"/>
        <w:jc w:val="center"/>
      </w:pPr>
      <w:r>
        <w:rPr>
          <w:rFonts w:ascii="Times New Roman" w:hAnsi="Times New Roman" w:eastAsia="宋体"/>
          <w:b/>
          <w:sz w:val="32"/>
        </w:rPr>
        <w:t>华中农业大学经济管理学院2025年全国优秀大学生暑期夏令营活动通知-华中农业大学经济管理学院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华中农业大学是教育部直属的国家“双一流”建设高校，迄今有127年办学历史，校园环境得天独厚，校风清朗学风浓醇。2017年、2022年，农林经济管理学科两次进入国家“双一流”建设学科行列，经济管理学院形成了以农林经济管理学科为特色，工商管理学科和应用经济学科协调发展的学科格局。为促使国内高校优秀本科生深入了解经济管理学院学科专业情况，促进高校间青年学生的交流互动，学院拟于6月举办2025年全国优秀大学生夏令营活动，特制定本方案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一、申请条件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1．2026届本科毕业生，政治过硬，积极向上，身心健康，遵纪守法；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2．对经济管理有浓厚兴趣，有较强的科研潜力或实践创新能力，有意向到华中农业大学经济管理学院学习深造；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3．本科期间学习成绩优秀，学习成绩前5个学期GPA排名本专业前35%；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4．大学英语四级考试成绩425分及以上，同等条件下通过大学英语六级考试者优先；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5．经济管理类相关专业学生优先；非经济管理类专业学生，应具备良好的数理和经济学或管理学基础，且有较强的学术研究潜力或实践创新能力；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6．可获得就读学校研究生免试推荐资格。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二、营员规模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面向校外2026年应届本科毕业生选拔夏令营营员80人左右。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三、申请材料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1．《华中农业大学经济管理学院2025年夏令营申请表》（附件1）；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2．身份证件正反面扫描件；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3．个人陈述（附件2）；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4．专家推荐信2封（附件3），由2名副教授以上职称的专家分别推荐并签名确认扫描件；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5．大学本科前三年GPA成绩排名证明（双学位学生同时附双学位成绩单及GPA排名），成绩单及GPA排名均需加盖所在学校教务部门公章后上传扫描件 (附件4)；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6．大学英语四、六级或其他等级成绩单扫描件；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7．获奖证书扫描件；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8．代表性学术论文、出版物或原创性工作成果等材料的扫描件。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上述材料按照顺序全部编辑为一个PDF文件，以姓名命名文件，并上传至报名链接。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四、时间安排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1.网上报名。申请人点击华中农业大学经济管理学院2025年暑期夏令营报名链接（https://docs.qq.com/form/page/DT1pXTGZtV0FNSUp3）填写申请信息，同时提交个人申请材料附件。时间：6月16日20:00前。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确定资格。学院根据报名情况进行综合筛选，确定入围营员名单，在学院网站公示（http://emc.hzau.edu.cn/），并以邮件方式通知申请者本人，请保持手机和邮件畅通。未接到入营通知的同学为未入选，不另行通知。入选营员请在名单公布之日起2日内确认是否参加，逾期未确认的，视为自动放弃此资格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3.营员活动。学院通过校园参观、学术讲座、师生交流和面试考核等环节向营员介绍各学科的培养目标、培养方案、师资队伍、培养方式和学业支持体系。拟定时间：6月30日-7月1日。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五、相关政策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1.招收专业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农林经济管理、工商管理、应用经济学3个一级学科学术学位硕士学位点以及农业管理、会计2个专业学位硕士学位点。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2.推免生选拔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院将结合各项安排对营员进行综合考核，对表现优异的学生颁发优秀营员证书。优秀营员获得本科就读学校推荐免试资格，推免录取时报考我院，学院根据考核情况择优选拔。入校报到后第一年直接享受甲等学业奖学金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3.硕博贯通培养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取得学术型推荐免试资格的应届本科毕业生可自愿申请“直博生”资格，直接攻读博士学位。学院根据报名及考核情况择优选拔。直博生基本修业年限为5年。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4.本校学生推免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华中农业大学2026届应届本科毕业生不参加本次夏令营。对获得推免资格、有志于在本校继续攻读研究生学位的本校毕业生，学院将于9月下旬另行组织预录取资格考核。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5.其他事项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夏令营期间，营员住宿和餐饮由学院统一安排并承担相应费用。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六、联系方式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联系人：崇老师，联系电话 027-87286909；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杨老师、关老师，联系电话 027-87284120；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乔老师，联系电话 027-87284106；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华农经管2025暑期夏令营QQ群号：907401714。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学校网址：http://www.hzau.edu.cn/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学院网址：http://emc.hzau.edu.cn/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华中农业大学经济管理学院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2025年5月28日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附件1：申请表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附件2：个人陈述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附件3：专家推荐信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附件4：成绩排名证明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