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辽宁师范大学2025年接收推荐免试攻读硕士（含直博生）学位研究生章程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发布日期：2024年9月28日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辽宁师范大学2025年接收推荐免试攻读硕士（含直博生）学位研究生章程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中华人民共和国公民，拥护中国共产党的领导，品德良好，遵纪守法。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获得本科所在高校2025年推荐免试资格的应届毕业生（以“推免服务系统”公示备案名单为准）。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身体健康状况符合教育部规定的体检要求。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符合所报学院（中心）规定的其他条件及要求。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申请直博生除满足以上条件外，须具有博士生培养潜质，外语须满足以下条件之一：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（1）英语：全国大学英语六级考试≥425分；或专业英语四级/八级≥60分；或雅思≥6、托福≥80、GRE≥260；或在英语为母语国家留学一年以上（须提供证明）。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（2）日语：日语专业四级及以上；或全国大学日语四级（CJT4）及以上；或国际日本语能力测试（JLPT）N2及以上。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（3）俄语：俄语专业四级及以上；或全国大学俄语四级（CRT4）及以上；或俄罗斯联邦对外俄语等级考试ТРКИ的B1及以上。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接收推荐免试硕士研究生的专业详见附件一，具体以“推免服务系统”公布为准。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接收推荐免试博士研究生的专业详见附件二，具体以“推免服务系统”公布为准；如有变化，以辽宁师范大学研究生院网站公布的2025年博士生招生专业目录为准。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三、需要提交的申请材料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《辽宁师范大学2025年接收优秀应届本科毕业生推荐免试攻读硕士学位研究生申请表》1份（附件三）。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加盖学校教务部门公章的成绩单1份。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外语考试证书或成绩单、各类获奖证书复印件1份。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本人学生证、有效居民身份证正反面复印件1份。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《教育部学籍在线验证报告》中文版（有效期延长至3个月以上）。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《辽宁师范大学2025年接收推荐免试研究生（含直博生）现实表现表》（附件四）。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《辽宁师范大学2025年接收推荐免试研究生（含直博生）诚信复试承诺书》（附件五）。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申请直博生还需提交：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（1）《辽宁师范大学2025年接收推荐免试直接攻读博士学位研究生申请表》1份（附件六）；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（2）两位相关专业教授（或相当职称专家）的推荐信2份（附件七），需加盖推荐人工作部门公章；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（3）《辽宁师范大学攻读博士学位研究生报考登记表》1份（附件八）；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（4）攻读博士学位期间拟研究问题和设想的陈述书；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（5）相应的科研成果证明材料。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注意事项：所有材料均使用A4纸；申请人须保证材料真实准确，弄虚作假者取消复试、录取资格或学籍。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四、接收工作流程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符合条件的推免生（含直博生）须在规定时间内（以学院要求为准）登录“全国推荐免试攻读研究生（含免试、转段）信息公开暨管理服务系统”（网址：http://yz.chsi.com.cn/tm）进行网上报名。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我校分批次审核申请信息（报名截止及审核时间请咨询各学院），本着先申请先审核原则择优选拔，通过“推免服务系统”发送复试通知；考生须在规定时间内回复，逾期视为放弃。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复试前须向报考学院提交纸质申请材料，审核通过者参加复试。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复试结束后，我校通过“推免服务系统”发送“待录取通知”，考生须在规定时间内确认，逾期视为放弃。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五、复试和录取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复试内容：综合能力水平测试（含外语听力口语交流能力、专业知识考核和综合素质）和思想政治表现等。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复试时间、形式、内容、流程等以各学院（中心）通知为准。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复试总成绩满分100分，低于60分不予录取；按总成绩从高分到低分择优录取，思想品德考核不合格者不予录取。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直博生计划纳入当年博士招生计划；拟录取后如放弃资格须在公示期内提出，公示期结束后不予受理。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有下列情况之一者取消录取资格：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（1）入学报到时未取得国家承认的本科毕业证书；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（2）提供材料与事实不符；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（3）被本科所在学校取消推免资格；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（4）自取得推免资格至入学报到之日存在违法、违纪处分记录；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（5）拟被录取后再次报名参加2025年硕士研究生招生考试；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（6）体检结果不符合国家规定标准；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（7）上级部门规定的其他情况。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体检工作在拟录取后组织进行，具体时间和要求另行通知。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考生须遵守考场规则及《诚信复试承诺书》，复试结束前不得对外透露或传播复试试题内容。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六、学制、学费及奖助学金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学制：推免生学制以我校硕士研究生招生简章为准；直博生基本学制为5年，最长学习年限为8年（含休学）。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学费标准：暂参考我校计财处网站2024年收费标准，新增专业或变更标准以上级批示或学校审议为准，2025年正式缴费前公示。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奖助学金：以学校管理规定为准，详见研究生院官网。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推免生和直博生所报专业须符合我校2025年研究生招生章程和招生专业目录要求。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我校接收推免生总人数原则上不超过全校招生规模的50%，拟接收人数将根据各专业报考情况适当调整。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推免生和直博生学习方式为全日制，录取类别为非定向就业；非定向就业考生须在规定时间前将人事档案调转至辽宁师范大学。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学校将根据接收情况，在上级部门规定时间内确定是否进行新一轮接收工作。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复试、录取工作坚持公平、公正、公开原则。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对违反考试管理规定和考场纪律者，按《中华人民共和国教育法》及《国家教育考试违规处理办法》严肃处理。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考生须对本人学历、个人及其他报考信息真实性负责，弄虚作假者取消报考、录取、入学资格或学籍。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若教育部发布新文件，以新文件为准，请关注研究生院网站通知。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辽宁师范大学研究生招生办公室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联系地址：辽宁省大连市黄河路850号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附件清单：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（一）各学院接收推免拟招生专业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（二）各学院接收直博生的专业、导师及拟招生计划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（三）《辽宁师范大学2025年接收优秀应届本科毕业生推荐免试攻读硕士学位研究生申请表》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（四）《辽宁师范大学2025年接收推荐免试研究生（含直博生）现实表现表》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（五）《辽宁师范大学2025年接收推荐免试研究生（含直博生）诚信复试承诺书》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（六）《辽宁师范大学2025年接收推荐免试直接攻读博士学位研究生申请表》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（七）《辽宁师范大学接收推荐免试直接攻读博士学位研究生专家推荐书》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（八）《辽宁师范大学攻读博士学位研究生报考登记表》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（九）各学院（中心）接收推免（直博）工作的负责人及联系方式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