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天津商业大学马克思主义学院接收2026届优秀应届本科毕业生免试攻读硕士学位研究生复试名单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一、复试名单公布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本通知为天津商业大学马克思主义学院接收2026届优秀应届本科毕业生免试攻读硕士学位研究生复试名单公示。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原文未提供具体复试名单人数、专业/学院明细、排名或评分方式及公示期信息。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