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生命科学学院2026年接收推荐免试攻读研究生（含直博生）工作方案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生命科学学院2026年接收推荐免试攻读研究生（含直博生）工作方案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直博生申请者须为本科毕业且获得学士学位，并符合学院对直博生的其他相关要求。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申请人须在规定时间内登录“全国推荐免试攻读研究生（免初试、转段）信息公开暨管理服务系统”（网址：yz.chsi.com.cn/tm）进行报名。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学院对申请者材料进行审核，择优确定复试名单，并通知复试。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通过复试且体检合格的考生，由学院上报学校审批后，予以拟录取。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本科阶段成绩单（须加盖学校教务部门公章）。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英语水平证明（如CET-4、CET-6成绩单等）。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获奖证书、科研成果、发表的论文等证明材料。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个人陈述或研究计划（直博生需提供）。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其他能反映本人学术水平或能力的材料。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报名时间：以教育部及学校公布的时间为准，请关注“推免服务系统”通知。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复试时间：学院将根据报名情况分批组织复试，具体时间另行通知。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学院地址：福建省福州市福建师范大学生命科学学院（邮编：350117）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联系电话：0591-22868192（研究生招生办公室）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联系邮箱：smkxyjs@fjnu.edu.cn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学院网址：https://life.fjnu.edu.cn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