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景德镇陶瓷大学材料科学与工程学院推荐2026届毕业生免试攻读研究生名单公示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景德镇陶瓷大学材料科学与工程学院推荐2026届毕业生免试攻读研究生名单公示，发布日期为2025年09月10日。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总计18人，其中拟推荐12人、替补6人。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材料科学与工程学院相关专业（原文未明确列出具体专业名称）。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经个人申请、学院初审、复审，由学院推免工作小组审议确定；原文未公示评分细则及排名依据。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2025年9月10日至2025年9月17日，共计8天；异议需以书面形式反馈至学院推免工作小组办公室（材料科学与工程学院办公室8号楼209），联系电话0798-8499678，联系邮箱jtclxy@163.com，逾期不予受理。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拟推荐名单中邓雅匀等12名同学拟获得推荐资格，徐楚颖等6名同学获替补资格；具体名单详见附件。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