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文法学院2026年推荐优秀应届本科毕业生免试攻读研究生工作实施细则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文法学院2026年推荐优秀应届本科毕业生免试攻读研究生工作实施细则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一、工作目的与依据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本细则旨在规范文法学院2026年推荐优秀应届本科毕业生免试攻读研究生（推免）工作，确保选拔过程公平、公正、公开。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依据国家及学校相关推免政策文件制定，适用于2026届本科毕业生。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申请者须为文法学院2026年应届本科毕业生，品行端正，无违纪违规记录。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学业成绩优秀，综合排名须符合学校规定的推免生选拔标准。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英语水平需达到学校规定的推免要求（如通过大学英语四级或六级考试）。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科研创新、学科竞赛、社会实践等方面表现突出者，在同等条件下优先推荐。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学生个人申请：符合条件的学生在规定时间内向学院提交推免申请材料。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学院审核：学院推免工作小组对申请材料进行审核，核实成绩、排名及获奖情况。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综合评定：根据学业成绩、综合素质及面试表现（如有）进行综合排序。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名单公示：拟定推荐名单在学院内公示，公示期不少于规定天数，无异议后上报学校。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学校审批：最终推荐名单经学校审核批准后生效。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申请材料提交截止时间：以学院后续通知为准（预计2025年9月中旬）。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学院审核与评定时间：2025年9月中下旬。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名单公示时间：2025年9月下旬。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《推免生申请表》（学院提供模板）。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本科阶段成绩单（加盖教务处公章）。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英语水平证明（如四六级成绩单复印件）。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获奖证书、科研成果、论文发表等证明材料复印件。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其他能证明综合素质的材料。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学院电话：0532-86983178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学院邮箱：shl@upc.edu.cn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学院地址：山东省青岛市西海岸新区长江西路66号（邮编：266580）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详细细则及附件见PDF文件：文法学院2026年推荐优秀应届本科毕业生免试攻读研究生工作实施细则（学校审核版9.3）.pdf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