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6. 吉林省科技厅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材料科学与工程学院发布2026年推荐优秀本科生免试攻读硕士学位研究生工作方案，发表时间为2025-08-20。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电话：0431-85583188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邮箱：wyc@cust.edu.cn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地址：吉林省长春市卫星路7989号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长春理工大学—教务处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长春理工大学—研究生院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长春理工大学—图书馆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长春理工大学—科技处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吉林省教育厅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吉林省科技厅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说明：当前页面正文仅包含上述信息，未提供申请条件、报名时间、活动时间、接收条件、流程、材料清单、时间节点、名额等具体内容。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