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浙江工业大学土木工程学院2025年接收推荐免试研究生名单公示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本通知为浙江工业大学土木工程学院2025年接收推荐免试研究生名单公示。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公示名单为拟接收推免生名单，供相关考生查阅。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如有疑问，请以学院官方发布渠道为准。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说明：原文未提供附件中的具体名单明细、接收人数、专业/学院分布、排名或评分方式、公示期起止日期及联系方式，故无法进一步提炼上述信息。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