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北京大学未来技术学院举办2026年全国优秀大学生科学实践体验营的通知</w:t>
      </w:r>
    </w:p>
    <w:p>
      <w:pPr>
        <w:spacing w:after="80" w:lineRule="auto" w:line="360"/>
        <w:ind w:firstLine="482"/>
        <w:jc w:val="both"/>
      </w:pPr>
      <w:r>
        <w:rPr>
          <w:rFonts w:ascii="Times New Roman" w:hAnsi="Times New Roman" w:eastAsia="宋体"/>
          <w:b w:val="0"/>
          <w:sz w:val="24"/>
        </w:rPr>
        <w:t>北京大学未来技术学院举办2026年全国优秀大学生科学实践体验营的通知</w:t>
      </w:r>
    </w:p>
    <w:p>
      <w:pPr>
        <w:spacing w:after="80" w:lineRule="auto" w:line="360"/>
        <w:ind w:firstLine="482"/>
        <w:jc w:val="both"/>
      </w:pPr>
      <w:r>
        <w:rPr>
          <w:rFonts w:ascii="Times New Roman" w:hAnsi="Times New Roman" w:eastAsia="宋体"/>
          <w:b w:val="0"/>
          <w:sz w:val="24"/>
        </w:rPr>
        <w:t>发布日期（推定）：2025年9月1日</w:t>
      </w:r>
    </w:p>
    <w:p>
      <w:pPr>
        <w:spacing w:before="160" w:after="80" w:lineRule="auto" w:line="360"/>
        <w:jc w:val="left"/>
      </w:pPr>
      <w:r>
        <w:rPr>
          <w:rFonts w:ascii="Times New Roman" w:hAnsi="Times New Roman" w:eastAsia="宋体"/>
          <w:b/>
          <w:sz w:val="28"/>
        </w:rPr>
        <w:t>一、活动基本信息</w:t>
      </w:r>
    </w:p>
    <w:p>
      <w:pPr>
        <w:spacing w:after="80" w:lineRule="auto" w:line="360"/>
        <w:ind w:firstLine="482"/>
        <w:jc w:val="both"/>
      </w:pPr>
      <w:r>
        <w:rPr>
          <w:rFonts w:ascii="Times New Roman" w:hAnsi="Times New Roman" w:eastAsia="宋体"/>
          <w:b w:val="0"/>
          <w:sz w:val="24"/>
        </w:rPr>
        <w:t>1. 活动名称：北京大学未来技术学院2026年全国优秀大学生科学实践体验营</w:t>
      </w:r>
    </w:p>
    <w:p>
      <w:pPr>
        <w:spacing w:after="80" w:lineRule="auto" w:line="360"/>
        <w:ind w:firstLine="482"/>
        <w:jc w:val="both"/>
      </w:pPr>
      <w:r>
        <w:rPr>
          <w:rFonts w:ascii="Times New Roman" w:hAnsi="Times New Roman" w:eastAsia="宋体"/>
          <w:b w:val="0"/>
          <w:sz w:val="24"/>
        </w:rPr>
        <w:t>2. 主办单位：北京大学未来技术学院</w:t>
      </w:r>
    </w:p>
    <w:p>
      <w:pPr>
        <w:spacing w:after="80" w:lineRule="auto" w:line="360"/>
        <w:ind w:firstLine="482"/>
        <w:jc w:val="both"/>
      </w:pPr>
      <w:r>
        <w:rPr>
          <w:rFonts w:ascii="Times New Roman" w:hAnsi="Times New Roman" w:eastAsia="宋体"/>
          <w:b w:val="0"/>
          <w:sz w:val="24"/>
        </w:rPr>
        <w:t>3. 活动性质：面向全国优秀大学生的科学实践体验营，旨在选拔和吸引优秀生源</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面向全国各高校优秀大学生</w:t>
      </w:r>
    </w:p>
    <w:p>
      <w:pPr>
        <w:spacing w:after="80" w:lineRule="auto" w:line="360"/>
        <w:ind w:firstLine="482"/>
        <w:jc w:val="both"/>
      </w:pPr>
      <w:r>
        <w:rPr>
          <w:rFonts w:ascii="Times New Roman" w:hAnsi="Times New Roman" w:eastAsia="宋体"/>
          <w:b w:val="0"/>
          <w:sz w:val="24"/>
        </w:rPr>
        <w:t>2. 具体申请条件详见学院后续发布的详细通知或报名须知</w:t>
      </w:r>
    </w:p>
    <w:p>
      <w:pPr>
        <w:spacing w:before="160" w:after="80" w:lineRule="auto" w:line="360"/>
        <w:jc w:val="left"/>
      </w:pPr>
      <w:r>
        <w:rPr>
          <w:rFonts w:ascii="Times New Roman" w:hAnsi="Times New Roman" w:eastAsia="宋体"/>
          <w:b/>
          <w:sz w:val="28"/>
        </w:rPr>
        <w:t>三、报名与活动时间</w:t>
      </w:r>
    </w:p>
    <w:p>
      <w:pPr>
        <w:spacing w:after="80" w:lineRule="auto" w:line="360"/>
        <w:ind w:firstLine="482"/>
        <w:jc w:val="both"/>
      </w:pPr>
      <w:r>
        <w:rPr>
          <w:rFonts w:ascii="Times New Roman" w:hAnsi="Times New Roman" w:eastAsia="宋体"/>
          <w:b w:val="0"/>
          <w:sz w:val="24"/>
        </w:rPr>
        <w:t>1. 报名时间：以学院官方通知为准</w:t>
      </w:r>
    </w:p>
    <w:p>
      <w:pPr>
        <w:spacing w:after="80" w:lineRule="auto" w:line="360"/>
        <w:ind w:firstLine="482"/>
        <w:jc w:val="both"/>
      </w:pPr>
      <w:r>
        <w:rPr>
          <w:rFonts w:ascii="Times New Roman" w:hAnsi="Times New Roman" w:eastAsia="宋体"/>
          <w:b w:val="0"/>
          <w:sz w:val="24"/>
        </w:rPr>
        <w:t>2. 活动时间：以学院官方通知为准</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发布单位：北京大学未来技术学院</w:t>
      </w:r>
    </w:p>
    <w:p>
      <w:pPr>
        <w:spacing w:after="80" w:lineRule="auto" w:line="360"/>
        <w:ind w:firstLine="482"/>
        <w:jc w:val="both"/>
      </w:pPr>
      <w:r>
        <w:rPr>
          <w:rFonts w:ascii="Times New Roman" w:hAnsi="Times New Roman" w:eastAsia="宋体"/>
          <w:b w:val="0"/>
          <w:sz w:val="24"/>
        </w:rPr>
        <w:t>2. 具体咨询方式请关注北京大学未来技术学院官方网站或微信公众号后续通知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